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C4B82" w14:textId="7C1A20B5" w:rsidR="00164B4B" w:rsidRPr="00D33D84" w:rsidRDefault="007E53F0">
      <w:pPr>
        <w:spacing w:after="0"/>
        <w:jc w:val="center"/>
      </w:pPr>
      <w:bookmarkStart w:id="0" w:name="_GoBack"/>
      <w:bookmarkEnd w:id="0"/>
      <w:r w:rsidRPr="00D33D84">
        <w:rPr>
          <w:b/>
          <w:sz w:val="32"/>
        </w:rPr>
        <w:t>EXEMPLO</w:t>
      </w:r>
      <w:r w:rsidR="00C77F05">
        <w:rPr>
          <w:b/>
          <w:sz w:val="32"/>
        </w:rPr>
        <w:t xml:space="preserve"> </w:t>
      </w:r>
      <w:r w:rsidRPr="00D33D84">
        <w:rPr>
          <w:b/>
          <w:sz w:val="32"/>
        </w:rPr>
        <w:t>DE</w:t>
      </w:r>
      <w:r w:rsidR="00C77F05">
        <w:rPr>
          <w:b/>
          <w:sz w:val="32"/>
        </w:rPr>
        <w:t xml:space="preserve"> </w:t>
      </w:r>
      <w:r w:rsidRPr="00D33D84">
        <w:rPr>
          <w:b/>
          <w:sz w:val="32"/>
        </w:rPr>
        <w:t>RELATÓRIO</w:t>
      </w:r>
      <w:r w:rsidR="00C77F05">
        <w:rPr>
          <w:b/>
          <w:sz w:val="32"/>
        </w:rPr>
        <w:t xml:space="preserve"> </w:t>
      </w:r>
      <w:r w:rsidRPr="00D33D84">
        <w:rPr>
          <w:b/>
          <w:sz w:val="32"/>
        </w:rPr>
        <w:t>DE</w:t>
      </w:r>
      <w:r w:rsidR="00C77F05">
        <w:rPr>
          <w:b/>
          <w:sz w:val="32"/>
        </w:rPr>
        <w:t xml:space="preserve"> </w:t>
      </w:r>
      <w:r w:rsidRPr="00D33D84">
        <w:rPr>
          <w:b/>
          <w:sz w:val="32"/>
        </w:rPr>
        <w:t>ACHADOS</w:t>
      </w:r>
    </w:p>
    <w:p w14:paraId="10E98A67" w14:textId="66CB03AD" w:rsidR="00164B4B" w:rsidRPr="00D33D84" w:rsidRDefault="007E53F0">
      <w:pPr>
        <w:spacing w:after="240"/>
        <w:jc w:val="center"/>
      </w:pPr>
      <w:r w:rsidRPr="00D33D84">
        <w:rPr>
          <w:i/>
          <w:sz w:val="22"/>
        </w:rPr>
        <w:t>Versão</w:t>
      </w:r>
      <w:r w:rsidR="00C77F05">
        <w:rPr>
          <w:i/>
          <w:sz w:val="22"/>
        </w:rPr>
        <w:t xml:space="preserve"> </w:t>
      </w:r>
      <w:r w:rsidRPr="00D33D84">
        <w:rPr>
          <w:i/>
          <w:sz w:val="22"/>
        </w:rPr>
        <w:t>atualizada</w:t>
      </w:r>
      <w:r w:rsidR="00C77F05">
        <w:rPr>
          <w:i/>
          <w:sz w:val="22"/>
        </w:rPr>
        <w:t xml:space="preserve"> </w:t>
      </w:r>
      <w:r w:rsidRPr="00D33D84">
        <w:rPr>
          <w:i/>
          <w:sz w:val="22"/>
        </w:rPr>
        <w:t>para</w:t>
      </w:r>
      <w:r w:rsidR="00C77F05">
        <w:rPr>
          <w:i/>
          <w:sz w:val="22"/>
        </w:rPr>
        <w:t xml:space="preserve"> </w:t>
      </w:r>
      <w:r w:rsidRPr="00D33D84">
        <w:rPr>
          <w:i/>
          <w:sz w:val="22"/>
        </w:rPr>
        <w:t>a</w:t>
      </w:r>
      <w:r w:rsidR="00C77F05">
        <w:rPr>
          <w:i/>
          <w:sz w:val="22"/>
        </w:rPr>
        <w:t xml:space="preserve"> </w:t>
      </w:r>
      <w:r w:rsidRPr="00D33D84">
        <w:rPr>
          <w:i/>
          <w:sz w:val="22"/>
        </w:rPr>
        <w:t>Lei</w:t>
      </w:r>
      <w:r w:rsidR="00C77F05">
        <w:rPr>
          <w:i/>
          <w:sz w:val="22"/>
        </w:rPr>
        <w:t xml:space="preserve"> </w:t>
      </w:r>
      <w:r w:rsidRPr="00D33D84">
        <w:rPr>
          <w:i/>
          <w:sz w:val="22"/>
        </w:rPr>
        <w:t>nº</w:t>
      </w:r>
      <w:r w:rsidR="00C77F05">
        <w:rPr>
          <w:i/>
          <w:sz w:val="22"/>
        </w:rPr>
        <w:t xml:space="preserve"> </w:t>
      </w:r>
      <w:r w:rsidRPr="00D33D84">
        <w:rPr>
          <w:i/>
          <w:sz w:val="22"/>
        </w:rPr>
        <w:t>14.133/2021</w:t>
      </w:r>
      <w:r w:rsidR="00C77F05">
        <w:rPr>
          <w:i/>
          <w:sz w:val="22"/>
        </w:rPr>
        <w:t xml:space="preserve"> </w:t>
      </w:r>
      <w:r w:rsidRPr="00D33D84">
        <w:rPr>
          <w:i/>
          <w:sz w:val="22"/>
        </w:rPr>
        <w:t>e</w:t>
      </w:r>
      <w:r w:rsidR="00C77F05">
        <w:rPr>
          <w:i/>
          <w:sz w:val="22"/>
        </w:rPr>
        <w:t xml:space="preserve"> </w:t>
      </w:r>
      <w:r w:rsidRPr="00D33D84">
        <w:rPr>
          <w:i/>
          <w:sz w:val="22"/>
        </w:rPr>
        <w:t>para</w:t>
      </w:r>
      <w:r w:rsidR="00C77F05">
        <w:rPr>
          <w:i/>
          <w:sz w:val="22"/>
        </w:rPr>
        <w:t xml:space="preserve"> </w:t>
      </w:r>
      <w:r w:rsidRPr="00D33D84">
        <w:rPr>
          <w:i/>
          <w:sz w:val="22"/>
        </w:rPr>
        <w:t>a</w:t>
      </w:r>
      <w:r w:rsidR="00C77F05">
        <w:rPr>
          <w:i/>
          <w:sz w:val="22"/>
        </w:rPr>
        <w:t xml:space="preserve"> </w:t>
      </w:r>
      <w:r w:rsidRPr="00D33D84">
        <w:rPr>
          <w:i/>
          <w:sz w:val="22"/>
        </w:rPr>
        <w:t>abordagem</w:t>
      </w:r>
      <w:r w:rsidR="00C77F05">
        <w:rPr>
          <w:i/>
          <w:sz w:val="22"/>
        </w:rPr>
        <w:t xml:space="preserve"> </w:t>
      </w:r>
      <w:r w:rsidRPr="00D33D84">
        <w:rPr>
          <w:i/>
          <w:sz w:val="22"/>
        </w:rPr>
        <w:t>da</w:t>
      </w:r>
      <w:r w:rsidR="00C77F05">
        <w:rPr>
          <w:i/>
          <w:sz w:val="22"/>
        </w:rPr>
        <w:t xml:space="preserve"> </w:t>
      </w:r>
      <w:r w:rsidRPr="00D33D84">
        <w:rPr>
          <w:i/>
          <w:sz w:val="22"/>
        </w:rPr>
        <w:t>4ª</w:t>
      </w:r>
      <w:r w:rsidR="00C77F05">
        <w:rPr>
          <w:i/>
          <w:sz w:val="22"/>
        </w:rPr>
        <w:t xml:space="preserve"> </w:t>
      </w:r>
      <w:r w:rsidRPr="00D33D84">
        <w:rPr>
          <w:i/>
          <w:sz w:val="22"/>
        </w:rPr>
        <w:t>edição</w:t>
      </w:r>
    </w:p>
    <w:p w14:paraId="6A6F5287" w14:textId="0CDDC592" w:rsidR="00164B4B" w:rsidRPr="00D33D84" w:rsidRDefault="007E53F0">
      <w:pPr>
        <w:spacing w:before="200" w:after="120"/>
      </w:pPr>
      <w:r w:rsidRPr="00D33D84">
        <w:rPr>
          <w:b/>
          <w:sz w:val="26"/>
        </w:rPr>
        <w:t>Nota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de</w:t>
      </w:r>
      <w:r w:rsidR="00C77F05">
        <w:rPr>
          <w:b/>
          <w:sz w:val="26"/>
        </w:rPr>
        <w:t xml:space="preserve"> </w:t>
      </w:r>
      <w:r w:rsidR="00462837" w:rsidRPr="00D33D84">
        <w:rPr>
          <w:b/>
          <w:sz w:val="26"/>
        </w:rPr>
        <w:t>u</w:t>
      </w:r>
      <w:r w:rsidR="00D33D84" w:rsidRPr="00D33D84">
        <w:rPr>
          <w:b/>
          <w:sz w:val="26"/>
        </w:rPr>
        <w:t>tilização</w:t>
      </w:r>
    </w:p>
    <w:p w14:paraId="4BBDFF53" w14:textId="226C0516" w:rsidR="00164B4B" w:rsidRPr="00D33D84" w:rsidRDefault="007E53F0">
      <w:pPr>
        <w:spacing w:after="120"/>
        <w:ind w:firstLine="709"/>
        <w:jc w:val="both"/>
      </w:pPr>
      <w:r w:rsidRPr="00D33D84">
        <w:t>Este</w:t>
      </w:r>
      <w:r w:rsidR="00C77F05">
        <w:t xml:space="preserve"> </w:t>
      </w:r>
      <w:r w:rsidRPr="00D33D84">
        <w:t>arquivo</w:t>
      </w:r>
      <w:r w:rsidR="00C77F05">
        <w:t xml:space="preserve"> </w:t>
      </w:r>
      <w:r w:rsidRPr="00D33D84">
        <w:t>é</w:t>
      </w:r>
      <w:r w:rsidR="00C77F05">
        <w:t xml:space="preserve"> </w:t>
      </w:r>
      <w:r w:rsidRPr="00D33D84">
        <w:t>um</w:t>
      </w:r>
      <w:r w:rsidR="00C77F05">
        <w:t xml:space="preserve"> </w:t>
      </w:r>
      <w:r w:rsidRPr="00D33D84">
        <w:t>modelo</w:t>
      </w:r>
      <w:r w:rsidR="00C77F05">
        <w:t xml:space="preserve"> </w:t>
      </w:r>
      <w:r w:rsidRPr="00D33D84">
        <w:t>didático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hipotético.</w:t>
      </w:r>
      <w:r w:rsidR="00C77F05">
        <w:t xml:space="preserve"> </w:t>
      </w:r>
      <w:r w:rsidRPr="00D33D84">
        <w:t>Ele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adaptado</w:t>
      </w:r>
      <w:r w:rsidR="00C77F05">
        <w:t xml:space="preserve"> </w:t>
      </w:r>
      <w:r w:rsidRPr="00D33D84">
        <w:t>ao</w:t>
      </w:r>
      <w:r w:rsidR="00C77F05">
        <w:t xml:space="preserve"> </w:t>
      </w:r>
      <w:r w:rsidRPr="00D33D84">
        <w:t>caso</w:t>
      </w:r>
      <w:r w:rsidR="00C77F05">
        <w:t xml:space="preserve"> </w:t>
      </w:r>
      <w:r w:rsidRPr="00D33D84">
        <w:t>concreto,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substituição</w:t>
      </w:r>
      <w:r w:rsidR="00C77F05">
        <w:t xml:space="preserve"> </w:t>
      </w:r>
      <w:r w:rsidRPr="00D33D84">
        <w:t>dos</w:t>
      </w:r>
      <w:r w:rsidR="00C77F05">
        <w:t xml:space="preserve"> </w:t>
      </w:r>
      <w:r w:rsidRPr="00D33D84">
        <w:t>campos</w:t>
      </w:r>
      <w:r w:rsidR="00C77F05">
        <w:t xml:space="preserve"> </w:t>
      </w:r>
      <w:r w:rsidRPr="00D33D84">
        <w:t>entre</w:t>
      </w:r>
      <w:r w:rsidR="00C77F05">
        <w:t xml:space="preserve"> </w:t>
      </w:r>
      <w:r w:rsidRPr="00D33D84">
        <w:t>&lt;&lt;</w:t>
      </w:r>
      <w:r w:rsidR="00C77F05">
        <w:t xml:space="preserve"> </w:t>
      </w:r>
      <w:r w:rsidRPr="00D33D84">
        <w:t>&gt;&gt;,</w:t>
      </w:r>
      <w:r w:rsidR="00C77F05">
        <w:t xml:space="preserve"> </w:t>
      </w:r>
      <w:r w:rsidRPr="00D33D84">
        <w:t>validação</w:t>
      </w:r>
      <w:r w:rsidR="00C77F05">
        <w:t xml:space="preserve"> </w:t>
      </w:r>
      <w:r w:rsidRPr="00D33D84">
        <w:t>dos</w:t>
      </w:r>
      <w:r w:rsidR="00C77F05">
        <w:t xml:space="preserve"> </w:t>
      </w:r>
      <w:r w:rsidRPr="00D33D84">
        <w:t>artigos</w:t>
      </w:r>
      <w:r w:rsidR="00C77F05">
        <w:t xml:space="preserve"> </w:t>
      </w:r>
      <w:r w:rsidRPr="00D33D84">
        <w:t>aplicáveis,</w:t>
      </w:r>
      <w:r w:rsidR="00C77F05">
        <w:t xml:space="preserve"> </w:t>
      </w:r>
      <w:r w:rsidRPr="00D33D84">
        <w:t>conferência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jurisprudência</w:t>
      </w:r>
      <w:r w:rsidR="00C77F05">
        <w:t xml:space="preserve"> </w:t>
      </w:r>
      <w:r w:rsidRPr="00D33D84">
        <w:t>mais</w:t>
      </w:r>
      <w:r w:rsidR="00C77F05">
        <w:t xml:space="preserve"> </w:t>
      </w:r>
      <w:r w:rsidRPr="00D33D84">
        <w:t>recente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inserção</w:t>
      </w:r>
      <w:r w:rsidR="00C77F05">
        <w:t xml:space="preserve"> </w:t>
      </w:r>
      <w:r w:rsidRPr="00D33D84">
        <w:t>das</w:t>
      </w:r>
      <w:r w:rsidR="00C77F05">
        <w:t xml:space="preserve"> </w:t>
      </w:r>
      <w:r w:rsidRPr="00D33D84">
        <w:t>evidências</w:t>
      </w:r>
      <w:r w:rsidR="00C77F05">
        <w:t xml:space="preserve"> </w:t>
      </w:r>
      <w:r w:rsidRPr="00D33D84">
        <w:t>documentais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imagens</w:t>
      </w:r>
      <w:r w:rsidR="00C77F05">
        <w:t xml:space="preserve"> </w:t>
      </w:r>
      <w:r w:rsidRPr="00D33D84">
        <w:t>extraídas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processo</w:t>
      </w:r>
      <w:r w:rsidR="00C77F05">
        <w:t xml:space="preserve"> </w:t>
      </w:r>
      <w:r w:rsidRPr="00D33D84">
        <w:t>analisado.</w:t>
      </w:r>
    </w:p>
    <w:p w14:paraId="73D99A7D" w14:textId="51970829" w:rsidR="00164B4B" w:rsidRPr="00D33D84" w:rsidRDefault="007E53F0">
      <w:pPr>
        <w:spacing w:before="200" w:after="120"/>
      </w:pPr>
      <w:r w:rsidRPr="00D33D84">
        <w:rPr>
          <w:b/>
          <w:sz w:val="26"/>
        </w:rPr>
        <w:t>1.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Contextualização</w:t>
      </w:r>
    </w:p>
    <w:p w14:paraId="7E08A7EA" w14:textId="0083C90F" w:rsidR="00164B4B" w:rsidRPr="00D33D84" w:rsidRDefault="007E53F0">
      <w:pPr>
        <w:spacing w:after="120"/>
        <w:ind w:firstLine="709"/>
        <w:jc w:val="both"/>
      </w:pPr>
      <w:r w:rsidRPr="00D33D84">
        <w:t>Iniciar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construção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achado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contextualização</w:t>
      </w:r>
      <w:r w:rsidR="00C77F05">
        <w:t xml:space="preserve"> </w:t>
      </w:r>
      <w:r w:rsidRPr="00D33D84">
        <w:t>dos</w:t>
      </w:r>
      <w:r w:rsidR="00C77F05">
        <w:t xml:space="preserve"> </w:t>
      </w:r>
      <w:r w:rsidRPr="00D33D84">
        <w:t>fatos,</w:t>
      </w:r>
      <w:r w:rsidR="00C77F05">
        <w:t xml:space="preserve"> </w:t>
      </w:r>
      <w:r w:rsidRPr="00D33D84">
        <w:t>agrupando-os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um</w:t>
      </w:r>
      <w:r w:rsidR="00C77F05">
        <w:t xml:space="preserve"> </w:t>
      </w:r>
      <w:r w:rsidRPr="00D33D84">
        <w:t>único</w:t>
      </w:r>
      <w:r w:rsidR="00C77F05">
        <w:t xml:space="preserve"> </w:t>
      </w:r>
      <w:r w:rsidRPr="00D33D84">
        <w:t>registro</w:t>
      </w:r>
      <w:r w:rsidR="00C77F05">
        <w:t xml:space="preserve"> </w:t>
      </w:r>
      <w:r w:rsidRPr="00D33D84">
        <w:t>quando</w:t>
      </w:r>
      <w:r w:rsidR="00C77F05">
        <w:t xml:space="preserve"> </w:t>
      </w:r>
      <w:r w:rsidRPr="00D33D84">
        <w:t>existir</w:t>
      </w:r>
      <w:r w:rsidR="00C77F05">
        <w:t xml:space="preserve"> </w:t>
      </w:r>
      <w:r w:rsidRPr="00D33D84">
        <w:t>um</w:t>
      </w:r>
      <w:r w:rsidR="00C77F05">
        <w:t xml:space="preserve"> </w:t>
      </w:r>
      <w:r w:rsidRPr="00D33D84">
        <w:t>conjunto</w:t>
      </w:r>
      <w:r w:rsidR="00C77F05">
        <w:t xml:space="preserve"> </w:t>
      </w:r>
      <w:r w:rsidRPr="00D33D84">
        <w:t>robusto,</w:t>
      </w:r>
      <w:r w:rsidR="00C77F05">
        <w:t xml:space="preserve"> </w:t>
      </w:r>
      <w:r w:rsidRPr="00D33D84">
        <w:t>convergente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concordante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indícios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fraude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licitação.</w:t>
      </w:r>
    </w:p>
    <w:p w14:paraId="2D1EBB9D" w14:textId="6A546CFD" w:rsidR="00164B4B" w:rsidRPr="00D33D84" w:rsidRDefault="007E53F0">
      <w:pPr>
        <w:spacing w:after="120"/>
        <w:ind w:firstLine="709"/>
        <w:jc w:val="both"/>
      </w:pPr>
      <w:r w:rsidRPr="00D33D84">
        <w:t>Trata-se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&lt;&lt;Pregão</w:t>
      </w:r>
      <w:r w:rsidR="00C77F05">
        <w:t xml:space="preserve"> </w:t>
      </w:r>
      <w:r w:rsidRPr="00D33D84">
        <w:t>Eletrônico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03/2026&gt;&gt;,</w:t>
      </w:r>
      <w:r w:rsidR="00C77F05">
        <w:t xml:space="preserve"> </w:t>
      </w:r>
      <w:r w:rsidRPr="00D33D84">
        <w:t>critério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julgamento</w:t>
      </w:r>
      <w:r w:rsidR="00C77F05">
        <w:t xml:space="preserve"> </w:t>
      </w:r>
      <w:r w:rsidRPr="00D33D84">
        <w:t>&lt;&lt;menor</w:t>
      </w:r>
      <w:r w:rsidR="00C77F05">
        <w:t xml:space="preserve"> </w:t>
      </w:r>
      <w:r w:rsidRPr="00D33D84">
        <w:t>preço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item&gt;&gt;,</w:t>
      </w:r>
      <w:r w:rsidR="00C77F05">
        <w:t xml:space="preserve"> </w:t>
      </w:r>
      <w:r w:rsidRPr="00D33D84">
        <w:t>modo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disputa</w:t>
      </w:r>
      <w:r w:rsidR="00C77F05">
        <w:t xml:space="preserve"> </w:t>
      </w:r>
      <w:r w:rsidRPr="00D33D84">
        <w:t>&lt;&lt;aberto&gt;&gt;,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teve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objeto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&lt;&lt;aquisição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mobiliário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escritório&gt;&gt;.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procedimento,</w:t>
      </w:r>
      <w:r w:rsidR="00C77F05">
        <w:t xml:space="preserve"> </w:t>
      </w:r>
      <w:r w:rsidRPr="00D33D84">
        <w:t>apresentaram</w:t>
      </w:r>
      <w:r w:rsidR="00C77F05">
        <w:t xml:space="preserve"> </w:t>
      </w:r>
      <w:r w:rsidRPr="00D33D84">
        <w:t>propostas</w:t>
      </w:r>
      <w:r w:rsidR="00C77F05">
        <w:t xml:space="preserve"> </w:t>
      </w:r>
      <w:r w:rsidRPr="00D33D84">
        <w:t>as</w:t>
      </w:r>
      <w:r w:rsidR="00C77F05">
        <w:t xml:space="preserve"> </w:t>
      </w:r>
      <w:r w:rsidRPr="00D33D84">
        <w:t>empresas</w:t>
      </w:r>
      <w:r w:rsidR="00C77F05">
        <w:t xml:space="preserve"> </w:t>
      </w:r>
      <w:r w:rsidRPr="00D33D84">
        <w:t>&lt;&lt;nome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CNPJ</w:t>
      </w:r>
      <w:r w:rsidR="00C77F05">
        <w:t xml:space="preserve"> </w:t>
      </w:r>
      <w:r w:rsidRPr="00D33D84">
        <w:t>das</w:t>
      </w:r>
      <w:r w:rsidR="00C77F05">
        <w:t xml:space="preserve"> </w:t>
      </w:r>
      <w:r w:rsidRPr="00D33D84">
        <w:t>licitantes,</w:t>
      </w:r>
      <w:r w:rsidR="00C77F05">
        <w:t xml:space="preserve"> </w:t>
      </w:r>
      <w:r w:rsidRPr="00D33D84">
        <w:t>preferencialmente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CNPJ</w:t>
      </w:r>
      <w:r w:rsidR="00C77F05">
        <w:t xml:space="preserve"> </w:t>
      </w:r>
      <w:r w:rsidRPr="00D33D84">
        <w:t>descaracterizado</w:t>
      </w:r>
      <w:r w:rsidR="00C77F05">
        <w:t xml:space="preserve"> </w:t>
      </w:r>
      <w:r w:rsidRPr="00D33D84">
        <w:t>quando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relatório</w:t>
      </w:r>
      <w:r w:rsidR="00C77F05">
        <w:t xml:space="preserve"> </w:t>
      </w:r>
      <w:r w:rsidRPr="00D33D84">
        <w:t>for</w:t>
      </w:r>
      <w:r w:rsidR="00C77F05">
        <w:t xml:space="preserve"> </w:t>
      </w:r>
      <w:r w:rsidRPr="00D33D84">
        <w:t>publicizado&gt;&gt;.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sessão</w:t>
      </w:r>
      <w:r w:rsidR="00C77F05">
        <w:t xml:space="preserve"> </w:t>
      </w:r>
      <w:r w:rsidRPr="00D33D84">
        <w:t>pública</w:t>
      </w:r>
      <w:r w:rsidR="00C77F05">
        <w:t xml:space="preserve"> </w:t>
      </w:r>
      <w:r w:rsidRPr="00D33D84">
        <w:t>foi</w:t>
      </w:r>
      <w:r w:rsidR="00C77F05">
        <w:t xml:space="preserve"> </w:t>
      </w:r>
      <w:r w:rsidRPr="00D33D84">
        <w:t>aberta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dia</w:t>
      </w:r>
      <w:r w:rsidR="00C77F05">
        <w:t xml:space="preserve"> </w:t>
      </w:r>
      <w:r w:rsidRPr="00D33D84">
        <w:t>&lt;&lt;04/02/2026&gt;&gt;,</w:t>
      </w:r>
      <w:r w:rsidR="00C77F05">
        <w:t xml:space="preserve"> </w:t>
      </w:r>
      <w:r w:rsidRPr="00D33D84">
        <w:t>tendo</w:t>
      </w:r>
      <w:r w:rsidR="00C77F05">
        <w:t xml:space="preserve"> </w:t>
      </w:r>
      <w:r w:rsidRPr="00D33D84">
        <w:t>sido</w:t>
      </w:r>
      <w:r w:rsidR="00C77F05">
        <w:t xml:space="preserve"> </w:t>
      </w:r>
      <w:r w:rsidRPr="00D33D84">
        <w:t>classificada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primeiro</w:t>
      </w:r>
      <w:r w:rsidR="00C77F05">
        <w:t xml:space="preserve"> </w:t>
      </w:r>
      <w:r w:rsidRPr="00D33D84">
        <w:t>lugar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empresa</w:t>
      </w:r>
      <w:r w:rsidR="00C77F05">
        <w:t xml:space="preserve"> </w:t>
      </w:r>
      <w:r w:rsidRPr="00D33D84">
        <w:t>&lt;&lt;A&gt;&gt;,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proposta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valor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</w:t>
      </w:r>
      <w:proofErr w:type="gramStart"/>
      <w:r w:rsidRPr="00D33D84">
        <w:t>R$</w:t>
      </w:r>
      <w:r w:rsidR="00C77F05">
        <w:t xml:space="preserve"> </w:t>
      </w:r>
      <w:r w:rsidRPr="00D33D84">
        <w:t>...</w:t>
      </w:r>
      <w:proofErr w:type="gramEnd"/>
      <w:r w:rsidRPr="00D33D84">
        <w:t>&gt;&gt;.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seguida,</w:t>
      </w:r>
      <w:r w:rsidR="00C77F05">
        <w:t xml:space="preserve"> </w:t>
      </w:r>
      <w:r w:rsidRPr="00D33D84">
        <w:t>após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fase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habilitação,</w:t>
      </w:r>
      <w:r w:rsidR="00C77F05">
        <w:t xml:space="preserve"> </w:t>
      </w:r>
      <w:r w:rsidRPr="00D33D84">
        <w:t>foi</w:t>
      </w:r>
      <w:r w:rsidR="00C77F05">
        <w:t xml:space="preserve"> </w:t>
      </w:r>
      <w:r w:rsidRPr="00D33D84">
        <w:t>adjudicado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objeto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celebrado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Contrato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&lt;&lt;XX/XXXX&gt;&gt;.</w:t>
      </w:r>
    </w:p>
    <w:p w14:paraId="0F103667" w14:textId="47C805F9" w:rsidR="00164B4B" w:rsidRPr="00D33D84" w:rsidRDefault="007E53F0">
      <w:pPr>
        <w:spacing w:after="120"/>
        <w:ind w:firstLine="709"/>
        <w:jc w:val="both"/>
      </w:pPr>
      <w:r w:rsidRPr="00D33D84">
        <w:t>A</w:t>
      </w:r>
      <w:r w:rsidR="00C77F05">
        <w:t xml:space="preserve"> </w:t>
      </w:r>
      <w:r w:rsidRPr="00D33D84">
        <w:t>condução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certame</w:t>
      </w:r>
      <w:r w:rsidR="00C77F05">
        <w:t xml:space="preserve"> </w:t>
      </w:r>
      <w:r w:rsidRPr="00D33D84">
        <w:t>foi</w:t>
      </w:r>
      <w:r w:rsidR="00C77F05">
        <w:t xml:space="preserve"> </w:t>
      </w:r>
      <w:r w:rsidRPr="00D33D84">
        <w:t>realizada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&lt;&lt;agente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contratação/pregoeiro&gt;&gt;,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apoio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&lt;&lt;equipe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apoio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comissão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contratação,</w:t>
      </w:r>
      <w:r w:rsidR="00C77F05">
        <w:t xml:space="preserve"> </w:t>
      </w:r>
      <w:r w:rsidRPr="00D33D84">
        <w:t>conforme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caso&gt;&gt;,</w:t>
      </w:r>
      <w:r w:rsidR="00C77F05">
        <w:t xml:space="preserve"> </w:t>
      </w:r>
      <w:r w:rsidRPr="00D33D84">
        <w:t>designados</w:t>
      </w:r>
      <w:r w:rsidR="00C77F05">
        <w:t xml:space="preserve"> </w:t>
      </w:r>
      <w:r w:rsidRPr="00D33D84">
        <w:t>pela</w:t>
      </w:r>
      <w:r w:rsidR="00C77F05">
        <w:t xml:space="preserve"> </w:t>
      </w:r>
      <w:r w:rsidRPr="00D33D84">
        <w:t>Portaria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&lt;&lt;XX/XXXX&gt;&gt;.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homologação</w:t>
      </w:r>
      <w:r w:rsidR="00C77F05">
        <w:t xml:space="preserve"> </w:t>
      </w:r>
      <w:r w:rsidRPr="00D33D84">
        <w:t>foi</w:t>
      </w:r>
      <w:r w:rsidR="00C77F05">
        <w:t xml:space="preserve"> </w:t>
      </w:r>
      <w:r w:rsidRPr="00D33D84">
        <w:t>praticada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&lt;&lt;autoridade</w:t>
      </w:r>
      <w:r w:rsidR="00C77F05">
        <w:t xml:space="preserve"> </w:t>
      </w:r>
      <w:r w:rsidRPr="00D33D84">
        <w:t>competente&gt;&gt;,</w:t>
      </w:r>
      <w:r w:rsidR="00C77F05">
        <w:t xml:space="preserve"> </w:t>
      </w:r>
      <w:r w:rsidRPr="00D33D84">
        <w:t>conforme</w:t>
      </w:r>
      <w:r w:rsidR="00C77F05">
        <w:t xml:space="preserve"> </w:t>
      </w:r>
      <w:r w:rsidRPr="00D33D84">
        <w:t>documento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&lt;&lt;fls.&gt;&gt;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&lt;&lt;p.&gt;&gt;</w:t>
      </w:r>
      <w:r w:rsidR="00C77F05">
        <w:t xml:space="preserve"> </w:t>
      </w:r>
      <w:r w:rsidRPr="00D33D84">
        <w:t>&lt;&lt;</w:t>
      </w:r>
      <w:proofErr w:type="spellStart"/>
      <w:r w:rsidRPr="00D33D84">
        <w:t>xxx-xxx</w:t>
      </w:r>
      <w:proofErr w:type="spellEnd"/>
      <w:r w:rsidRPr="00D33D84">
        <w:t>&gt;&gt;.</w:t>
      </w:r>
    </w:p>
    <w:p w14:paraId="7C03C204" w14:textId="51C0BF5E" w:rsidR="00164B4B" w:rsidRPr="00D33D84" w:rsidRDefault="007E53F0">
      <w:pPr>
        <w:spacing w:after="120"/>
        <w:ind w:firstLine="709"/>
        <w:jc w:val="both"/>
      </w:pPr>
      <w:r w:rsidRPr="00D33D84">
        <w:t>Na</w:t>
      </w:r>
      <w:r w:rsidR="00C77F05">
        <w:t xml:space="preserve"> </w:t>
      </w:r>
      <w:r w:rsidRPr="00D33D84">
        <w:t>época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licitação,</w:t>
      </w:r>
      <w:r w:rsidR="00C77F05">
        <w:t xml:space="preserve"> </w:t>
      </w:r>
      <w:r w:rsidRPr="00D33D84">
        <w:t>constavam</w:t>
      </w:r>
      <w:r w:rsidR="00C77F05">
        <w:t xml:space="preserve"> </w:t>
      </w:r>
      <w:r w:rsidRPr="00D33D84">
        <w:t>como</w:t>
      </w:r>
      <w:r w:rsidR="00C77F05">
        <w:t xml:space="preserve"> </w:t>
      </w:r>
      <w:proofErr w:type="gramStart"/>
      <w:r w:rsidRPr="00D33D84">
        <w:t>sócios,</w:t>
      </w:r>
      <w:r w:rsidR="00C77F05">
        <w:t xml:space="preserve"> </w:t>
      </w:r>
      <w:r w:rsidRPr="00D33D84">
        <w:t>administradores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representantes</w:t>
      </w:r>
      <w:proofErr w:type="gramEnd"/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empresa</w:t>
      </w:r>
      <w:r w:rsidR="00C77F05">
        <w:t xml:space="preserve"> </w:t>
      </w:r>
      <w:r w:rsidRPr="00D33D84">
        <w:t>vencedora</w:t>
      </w:r>
      <w:r w:rsidR="00C77F05">
        <w:t xml:space="preserve"> </w:t>
      </w:r>
      <w:r w:rsidRPr="00D33D84">
        <w:t>&lt;&lt;informar</w:t>
      </w:r>
      <w:r w:rsidR="00C77F05">
        <w:t xml:space="preserve"> </w:t>
      </w:r>
      <w:r w:rsidRPr="00D33D84">
        <w:t>os</w:t>
      </w:r>
      <w:r w:rsidR="00C77F05">
        <w:t xml:space="preserve"> </w:t>
      </w:r>
      <w:r w:rsidRPr="00D33D84">
        <w:t>nomes,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CPF</w:t>
      </w:r>
      <w:r w:rsidR="00C77F05">
        <w:t xml:space="preserve"> </w:t>
      </w:r>
      <w:r w:rsidRPr="00D33D84">
        <w:t>descaracterizado,</w:t>
      </w:r>
      <w:r w:rsidR="00C77F05">
        <w:t xml:space="preserve"> </w:t>
      </w:r>
      <w:r w:rsidRPr="00D33D84">
        <w:t>quando</w:t>
      </w:r>
      <w:r w:rsidR="00C77F05">
        <w:t xml:space="preserve"> </w:t>
      </w:r>
      <w:r w:rsidRPr="00D33D84">
        <w:t>pertinente&gt;&gt;.</w:t>
      </w:r>
      <w:r w:rsidR="00C77F05">
        <w:t xml:space="preserve"> </w:t>
      </w:r>
      <w:r w:rsidRPr="00D33D84">
        <w:t>Também</w:t>
      </w:r>
      <w:r w:rsidR="00C77F05">
        <w:t xml:space="preserve"> </w:t>
      </w:r>
      <w:r w:rsidRPr="00D33D84">
        <w:t>foram</w:t>
      </w:r>
      <w:r w:rsidR="00C77F05">
        <w:t xml:space="preserve"> </w:t>
      </w:r>
      <w:r w:rsidRPr="00D33D84">
        <w:t>identificados</w:t>
      </w:r>
      <w:r w:rsidR="00C77F05">
        <w:t xml:space="preserve"> </w:t>
      </w:r>
      <w:r w:rsidRPr="00D33D84">
        <w:t>vínculos</w:t>
      </w:r>
      <w:r w:rsidR="00C77F05">
        <w:t xml:space="preserve"> </w:t>
      </w:r>
      <w:r w:rsidRPr="00D33D84">
        <w:t>entre</w:t>
      </w:r>
      <w:r w:rsidR="00C77F05">
        <w:t xml:space="preserve"> </w:t>
      </w:r>
      <w:r w:rsidRPr="00D33D84">
        <w:t>&lt;&lt;empresa</w:t>
      </w:r>
      <w:r w:rsidR="00C77F05">
        <w:t xml:space="preserve"> </w:t>
      </w:r>
      <w:r w:rsidRPr="00D33D84">
        <w:t>vencedora/licitante/representante&gt;&gt;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&lt;&lt;agente</w:t>
      </w:r>
      <w:r w:rsidR="00C77F05">
        <w:t xml:space="preserve"> </w:t>
      </w:r>
      <w:r w:rsidRPr="00D33D84">
        <w:t>público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atuou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fase</w:t>
      </w:r>
      <w:r w:rsidR="00C77F05">
        <w:t xml:space="preserve"> </w:t>
      </w:r>
      <w:r w:rsidRPr="00D33D84">
        <w:t>preparatória,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condução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certame,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fiscalização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gestão</w:t>
      </w:r>
      <w:r w:rsidR="00C77F05">
        <w:t xml:space="preserve"> </w:t>
      </w:r>
      <w:r w:rsidRPr="00D33D84">
        <w:t>contratual&gt;&gt;,</w:t>
      </w:r>
      <w:r w:rsidR="00C77F05">
        <w:t xml:space="preserve"> </w:t>
      </w:r>
      <w:r w:rsidRPr="00D33D84">
        <w:t>conforme</w:t>
      </w:r>
      <w:r w:rsidR="00C77F05">
        <w:t xml:space="preserve"> </w:t>
      </w:r>
      <w:r w:rsidRPr="00D33D84">
        <w:t>documentos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&lt;&lt;fls.&gt;&gt;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&lt;&lt;p.&gt;&gt;</w:t>
      </w:r>
      <w:r w:rsidR="00C77F05">
        <w:t xml:space="preserve"> </w:t>
      </w:r>
      <w:r w:rsidRPr="00D33D84">
        <w:t>&lt;&lt;</w:t>
      </w:r>
      <w:proofErr w:type="spellStart"/>
      <w:r w:rsidRPr="00D33D84">
        <w:t>xxx-xxx</w:t>
      </w:r>
      <w:proofErr w:type="spellEnd"/>
      <w:r w:rsidRPr="00D33D84">
        <w:t>&gt;&gt;.</w:t>
      </w:r>
    </w:p>
    <w:p w14:paraId="373700ED" w14:textId="4FD6B25F" w:rsidR="00164B4B" w:rsidRPr="00D33D84" w:rsidRDefault="007E53F0">
      <w:pPr>
        <w:spacing w:after="120"/>
        <w:ind w:firstLine="709"/>
        <w:jc w:val="both"/>
      </w:pPr>
      <w:r w:rsidRPr="00D33D84">
        <w:t>A</w:t>
      </w:r>
      <w:r w:rsidR="00C77F05">
        <w:t xml:space="preserve"> </w:t>
      </w:r>
      <w:r w:rsidRPr="00D33D84">
        <w:t>análise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processo</w:t>
      </w:r>
      <w:r w:rsidR="00C77F05">
        <w:t xml:space="preserve"> </w:t>
      </w:r>
      <w:r w:rsidRPr="00D33D84">
        <w:t>indicou</w:t>
      </w:r>
      <w:r w:rsidR="00C77F05">
        <w:t xml:space="preserve"> </w:t>
      </w:r>
      <w:r w:rsidRPr="00D33D84">
        <w:t>falhas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fase</w:t>
      </w:r>
      <w:r w:rsidR="00C77F05">
        <w:t xml:space="preserve"> </w:t>
      </w:r>
      <w:r w:rsidRPr="00D33D84">
        <w:t>preparatória,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edital,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publicidade,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habilitação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julgamento,</w:t>
      </w:r>
      <w:r w:rsidR="00C77F05">
        <w:t xml:space="preserve"> </w:t>
      </w:r>
      <w:r w:rsidRPr="00D33D84">
        <w:t>além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semelhanças</w:t>
      </w:r>
      <w:r w:rsidR="00C77F05">
        <w:t xml:space="preserve"> </w:t>
      </w:r>
      <w:r w:rsidRPr="00D33D84">
        <w:t>incomuns</w:t>
      </w:r>
      <w:r w:rsidR="00C77F05">
        <w:t xml:space="preserve"> </w:t>
      </w:r>
      <w:r w:rsidRPr="00D33D84">
        <w:t>entre</w:t>
      </w:r>
      <w:r w:rsidR="00C77F05">
        <w:t xml:space="preserve"> </w:t>
      </w:r>
      <w:r w:rsidRPr="00D33D84">
        <w:t>propostas</w:t>
      </w:r>
      <w:r w:rsidR="00C77F05">
        <w:t xml:space="preserve"> </w:t>
      </w:r>
      <w:r w:rsidRPr="00D33D84">
        <w:t>apresentadas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licitantes</w:t>
      </w:r>
      <w:r w:rsidR="00C77F05">
        <w:t xml:space="preserve"> </w:t>
      </w:r>
      <w:r w:rsidRPr="00D33D84">
        <w:t>supostamente</w:t>
      </w:r>
      <w:r w:rsidR="00C77F05">
        <w:t xml:space="preserve"> </w:t>
      </w:r>
      <w:r w:rsidRPr="00D33D84">
        <w:t>concorrentes.</w:t>
      </w:r>
      <w:r w:rsidR="00C77F05">
        <w:t xml:space="preserve"> </w:t>
      </w:r>
      <w:r w:rsidRPr="00D33D84">
        <w:t>As</w:t>
      </w:r>
      <w:r w:rsidR="00C77F05">
        <w:t xml:space="preserve"> </w:t>
      </w:r>
      <w:r w:rsidRPr="00D33D84">
        <w:t>irregularidades</w:t>
      </w:r>
      <w:r w:rsidR="00C77F05">
        <w:t xml:space="preserve"> </w:t>
      </w:r>
      <w:r w:rsidRPr="00D33D84">
        <w:t>devem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examinadas</w:t>
      </w:r>
      <w:r w:rsidR="00C77F05">
        <w:t xml:space="preserve"> </w:t>
      </w:r>
      <w:r w:rsidRPr="00D33D84">
        <w:t>à</w:t>
      </w:r>
      <w:r w:rsidR="00C77F05">
        <w:t xml:space="preserve"> </w:t>
      </w:r>
      <w:r w:rsidRPr="00D33D84">
        <w:t>luz</w:t>
      </w:r>
      <w:r w:rsidR="00C77F05">
        <w:t xml:space="preserve"> </w:t>
      </w:r>
      <w:r w:rsidRPr="00D33D84">
        <w:t>dos</w:t>
      </w:r>
      <w:r w:rsidR="00C77F05">
        <w:t xml:space="preserve"> </w:t>
      </w:r>
      <w:r w:rsidRPr="00D33D84">
        <w:t>princípios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art.</w:t>
      </w:r>
      <w:r w:rsidR="00C77F05">
        <w:t xml:space="preserve"> </w:t>
      </w:r>
      <w:r w:rsidRPr="00D33D84">
        <w:t>5º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Lei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14.133/2021,</w:t>
      </w:r>
      <w:r w:rsidR="00C77F05">
        <w:t xml:space="preserve"> </w:t>
      </w:r>
      <w:r w:rsidRPr="00D33D84">
        <w:t>dos</w:t>
      </w:r>
      <w:r w:rsidR="00C77F05">
        <w:t xml:space="preserve"> </w:t>
      </w:r>
      <w:r w:rsidRPr="00D33D84">
        <w:t>objetivos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licitação</w:t>
      </w:r>
      <w:r w:rsidR="00C77F05">
        <w:t xml:space="preserve"> </w:t>
      </w:r>
      <w:r w:rsidRPr="00D33D84">
        <w:t>previstos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art.</w:t>
      </w:r>
      <w:r w:rsidR="00C77F05">
        <w:t xml:space="preserve"> </w:t>
      </w:r>
      <w:r w:rsidRPr="00D33D84">
        <w:t>11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das</w:t>
      </w:r>
      <w:r w:rsidR="00C77F05">
        <w:t xml:space="preserve"> </w:t>
      </w:r>
      <w:r w:rsidRPr="00D33D84">
        <w:t>regras</w:t>
      </w:r>
      <w:r w:rsidR="00C77F05">
        <w:t xml:space="preserve"> </w:t>
      </w:r>
      <w:r w:rsidRPr="00D33D84">
        <w:t>específicas</w:t>
      </w:r>
      <w:r w:rsidR="00C77F05">
        <w:t xml:space="preserve"> </w:t>
      </w:r>
      <w:r w:rsidRPr="00D33D84">
        <w:t>indicadas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cada</w:t>
      </w:r>
      <w:r w:rsidR="00C77F05">
        <w:t xml:space="preserve"> </w:t>
      </w:r>
      <w:r w:rsidRPr="00D33D84">
        <w:t>item</w:t>
      </w:r>
      <w:r w:rsidR="00C77F05">
        <w:t xml:space="preserve"> </w:t>
      </w:r>
      <w:r w:rsidRPr="00D33D84">
        <w:t>deste</w:t>
      </w:r>
      <w:r w:rsidR="00C77F05">
        <w:t xml:space="preserve"> </w:t>
      </w:r>
      <w:r w:rsidRPr="00D33D84">
        <w:t>relatório.</w:t>
      </w:r>
    </w:p>
    <w:p w14:paraId="5110C29F" w14:textId="77777777" w:rsidR="00064DF4" w:rsidRDefault="00064DF4">
      <w:pPr>
        <w:rPr>
          <w:b/>
          <w:sz w:val="26"/>
        </w:rPr>
      </w:pPr>
      <w:r>
        <w:rPr>
          <w:b/>
          <w:sz w:val="26"/>
        </w:rPr>
        <w:br w:type="page"/>
      </w:r>
    </w:p>
    <w:p w14:paraId="542B461C" w14:textId="4B24F52B" w:rsidR="00164B4B" w:rsidRPr="00D33D84" w:rsidRDefault="007E53F0">
      <w:pPr>
        <w:spacing w:before="200" w:after="120"/>
      </w:pPr>
      <w:r w:rsidRPr="00D33D84">
        <w:rPr>
          <w:b/>
          <w:sz w:val="26"/>
        </w:rPr>
        <w:lastRenderedPageBreak/>
        <w:t>2.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Análise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da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fase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preparatória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e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do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Termo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de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Referência</w:t>
      </w:r>
    </w:p>
    <w:p w14:paraId="1B2D7AFD" w14:textId="60A636AC" w:rsidR="00164B4B" w:rsidRPr="00D33D84" w:rsidRDefault="007E53F0">
      <w:pPr>
        <w:spacing w:before="120" w:after="120"/>
      </w:pPr>
      <w:proofErr w:type="gramStart"/>
      <w:r w:rsidRPr="00D33D84">
        <w:rPr>
          <w:b/>
        </w:rPr>
        <w:t>2.</w:t>
      </w:r>
      <w:proofErr w:type="gramEnd"/>
      <w:r w:rsidRPr="00D33D84">
        <w:rPr>
          <w:b/>
        </w:rPr>
        <w:t>a)</w:t>
      </w:r>
      <w:r w:rsidR="00C77F05">
        <w:rPr>
          <w:b/>
        </w:rPr>
        <w:t xml:space="preserve"> </w:t>
      </w:r>
      <w:r w:rsidRPr="00D33D84">
        <w:rPr>
          <w:b/>
        </w:rPr>
        <w:t>Objeto</w:t>
      </w:r>
      <w:r w:rsidR="00C77F05">
        <w:rPr>
          <w:b/>
        </w:rPr>
        <w:t xml:space="preserve"> </w:t>
      </w:r>
      <w:r w:rsidRPr="00D33D84">
        <w:rPr>
          <w:b/>
        </w:rPr>
        <w:t>licitado</w:t>
      </w:r>
      <w:r w:rsidR="00C77F05">
        <w:rPr>
          <w:b/>
        </w:rPr>
        <w:t xml:space="preserve"> </w:t>
      </w:r>
      <w:r w:rsidRPr="00D33D84">
        <w:rPr>
          <w:b/>
        </w:rPr>
        <w:t>definido</w:t>
      </w:r>
      <w:r w:rsidR="00C77F05">
        <w:rPr>
          <w:b/>
        </w:rPr>
        <w:t xml:space="preserve"> </w:t>
      </w:r>
      <w:r w:rsidRPr="00D33D84">
        <w:rPr>
          <w:b/>
        </w:rPr>
        <w:t>de</w:t>
      </w:r>
      <w:r w:rsidR="00C77F05">
        <w:rPr>
          <w:b/>
        </w:rPr>
        <w:t xml:space="preserve"> </w:t>
      </w:r>
      <w:r w:rsidRPr="00D33D84">
        <w:rPr>
          <w:b/>
        </w:rPr>
        <w:t>forma</w:t>
      </w:r>
      <w:r w:rsidR="00C77F05">
        <w:rPr>
          <w:b/>
        </w:rPr>
        <w:t xml:space="preserve"> </w:t>
      </w:r>
      <w:r w:rsidRPr="00D33D84">
        <w:rPr>
          <w:b/>
        </w:rPr>
        <w:t>imprecisa</w:t>
      </w:r>
      <w:r w:rsidR="00C77F05">
        <w:rPr>
          <w:b/>
        </w:rPr>
        <w:t xml:space="preserve"> </w:t>
      </w:r>
      <w:r w:rsidRPr="00D33D84">
        <w:rPr>
          <w:b/>
        </w:rPr>
        <w:t>e</w:t>
      </w:r>
      <w:r w:rsidR="00C77F05">
        <w:rPr>
          <w:b/>
        </w:rPr>
        <w:t xml:space="preserve"> </w:t>
      </w:r>
      <w:r w:rsidRPr="00D33D84">
        <w:rPr>
          <w:b/>
        </w:rPr>
        <w:t>insuficiente</w:t>
      </w:r>
    </w:p>
    <w:p w14:paraId="3AD3F515" w14:textId="68D8D5D2" w:rsidR="00164B4B" w:rsidRPr="00D33D84" w:rsidRDefault="007E53F0">
      <w:pPr>
        <w:spacing w:after="120"/>
        <w:ind w:firstLine="709"/>
        <w:jc w:val="both"/>
      </w:pPr>
      <w:r w:rsidRPr="00D33D84">
        <w:t>Foi</w:t>
      </w:r>
      <w:r w:rsidR="00C77F05">
        <w:t xml:space="preserve"> </w:t>
      </w:r>
      <w:r w:rsidRPr="00D33D84">
        <w:t>constatado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objeto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&lt;&lt;Pregão</w:t>
      </w:r>
      <w:r w:rsidR="00C77F05">
        <w:t xml:space="preserve"> </w:t>
      </w:r>
      <w:r w:rsidRPr="00D33D84">
        <w:t>Eletrônico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03/2026&gt;&gt;</w:t>
      </w:r>
      <w:r w:rsidR="00C77F05">
        <w:t xml:space="preserve"> </w:t>
      </w:r>
      <w:r w:rsidRPr="00D33D84">
        <w:t>foi</w:t>
      </w:r>
      <w:r w:rsidR="00C77F05">
        <w:t xml:space="preserve"> </w:t>
      </w:r>
      <w:r w:rsidRPr="00D33D84">
        <w:t>descrito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edital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Termo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Referência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forma</w:t>
      </w:r>
      <w:r w:rsidR="00C77F05">
        <w:t xml:space="preserve"> </w:t>
      </w:r>
      <w:r w:rsidRPr="00D33D84">
        <w:t>imprecisa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insuficiente.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mobiliário</w:t>
      </w:r>
      <w:r w:rsidR="00C77F05">
        <w:t xml:space="preserve"> </w:t>
      </w:r>
      <w:r w:rsidRPr="00D33D84">
        <w:t>pretendido</w:t>
      </w:r>
      <w:r w:rsidR="00C77F05">
        <w:t xml:space="preserve"> </w:t>
      </w:r>
      <w:r w:rsidRPr="00D33D84">
        <w:t>foi</w:t>
      </w:r>
      <w:r w:rsidR="00C77F05">
        <w:t xml:space="preserve"> </w:t>
      </w:r>
      <w:r w:rsidRPr="00D33D84">
        <w:t>listado</w:t>
      </w:r>
      <w:r w:rsidR="00C77F05">
        <w:t xml:space="preserve"> </w:t>
      </w:r>
      <w:r w:rsidRPr="00D33D84">
        <w:t>apenas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quantidade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denominação</w:t>
      </w:r>
      <w:r w:rsidR="00C77F05">
        <w:t xml:space="preserve"> </w:t>
      </w:r>
      <w:r w:rsidRPr="00D33D84">
        <w:t>genérica,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exemplo:</w:t>
      </w:r>
      <w:r w:rsidR="00C77F05">
        <w:t xml:space="preserve"> “</w:t>
      </w:r>
      <w:r w:rsidRPr="00D33D84">
        <w:t>22</w:t>
      </w:r>
      <w:r w:rsidR="00C77F05">
        <w:t xml:space="preserve"> </w:t>
      </w:r>
      <w:r w:rsidRPr="00D33D84">
        <w:t>mesas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gavetas</w:t>
      </w:r>
      <w:r w:rsidR="00C77F05">
        <w:t>”</w:t>
      </w:r>
      <w:r w:rsidRPr="00D33D84">
        <w:t>;</w:t>
      </w:r>
      <w:r w:rsidR="00C77F05">
        <w:t xml:space="preserve"> “</w:t>
      </w:r>
      <w:r w:rsidRPr="00D33D84">
        <w:t>50</w:t>
      </w:r>
      <w:r w:rsidR="00C77F05">
        <w:t xml:space="preserve"> </w:t>
      </w:r>
      <w:r w:rsidRPr="00D33D84">
        <w:t>cadeiras</w:t>
      </w:r>
      <w:r w:rsidR="00C77F05">
        <w:t xml:space="preserve"> </w:t>
      </w:r>
      <w:r w:rsidRPr="00D33D84">
        <w:t>secretária</w:t>
      </w:r>
      <w:r w:rsidR="00C77F05">
        <w:t>”</w:t>
      </w:r>
      <w:r w:rsidRPr="00D33D84">
        <w:t>;</w:t>
      </w:r>
      <w:r w:rsidR="00C77F05">
        <w:t xml:space="preserve"> “</w:t>
      </w:r>
      <w:proofErr w:type="gramStart"/>
      <w:r w:rsidRPr="00D33D84">
        <w:t>20</w:t>
      </w:r>
      <w:r w:rsidR="00C77F05">
        <w:t xml:space="preserve"> </w:t>
      </w:r>
      <w:r w:rsidRPr="00D33D84">
        <w:t>poltronas</w:t>
      </w:r>
      <w:r w:rsidR="00C77F05">
        <w:t xml:space="preserve"> </w:t>
      </w:r>
      <w:r w:rsidRPr="00D33D84">
        <w:t>executivo</w:t>
      </w:r>
      <w:r w:rsidR="00C77F05">
        <w:t>”</w:t>
      </w:r>
      <w:proofErr w:type="gramEnd"/>
      <w:r w:rsidRPr="00D33D84">
        <w:t>;</w:t>
      </w:r>
      <w:r w:rsidR="00C77F05">
        <w:t xml:space="preserve"> “</w:t>
      </w:r>
      <w:r w:rsidRPr="00D33D84">
        <w:t>100</w:t>
      </w:r>
      <w:r w:rsidR="00C77F05">
        <w:t xml:space="preserve"> </w:t>
      </w:r>
      <w:r w:rsidRPr="00D33D84">
        <w:t>armários</w:t>
      </w:r>
      <w:r w:rsidR="00C77F05">
        <w:t xml:space="preserve"> </w:t>
      </w:r>
      <w:r w:rsidRPr="00D33D84">
        <w:t>duas</w:t>
      </w:r>
      <w:r w:rsidR="00C77F05">
        <w:t xml:space="preserve"> </w:t>
      </w:r>
      <w:r w:rsidRPr="00D33D84">
        <w:t>portas</w:t>
      </w:r>
      <w:r w:rsidR="00C77F05">
        <w:t>”</w:t>
      </w:r>
      <w:r w:rsidRPr="00D33D84">
        <w:t>;</w:t>
      </w:r>
      <w:r w:rsidR="00C77F05">
        <w:t xml:space="preserve"> “</w:t>
      </w:r>
      <w:r w:rsidRPr="00D33D84">
        <w:t>30</w:t>
      </w:r>
      <w:r w:rsidR="00C77F05">
        <w:t xml:space="preserve"> </w:t>
      </w:r>
      <w:r w:rsidRPr="00D33D84">
        <w:t>gaveteiros</w:t>
      </w:r>
      <w:r w:rsidR="00C77F05">
        <w:t>”</w:t>
      </w:r>
      <w:r w:rsidRPr="00D33D84">
        <w:t>.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foram</w:t>
      </w:r>
      <w:r w:rsidR="00C77F05">
        <w:t xml:space="preserve"> </w:t>
      </w:r>
      <w:r w:rsidRPr="00D33D84">
        <w:t>indicadas</w:t>
      </w:r>
      <w:r w:rsidR="00C77F05">
        <w:t xml:space="preserve"> </w:t>
      </w:r>
      <w:r w:rsidRPr="00D33D84">
        <w:t>dimensões</w:t>
      </w:r>
      <w:r w:rsidR="00C77F05">
        <w:t xml:space="preserve"> </w:t>
      </w:r>
      <w:r w:rsidRPr="00D33D84">
        <w:t>mínimas,</w:t>
      </w:r>
      <w:r w:rsidR="00C77F05">
        <w:t xml:space="preserve"> </w:t>
      </w:r>
      <w:r w:rsidRPr="00D33D84">
        <w:t>materiais,</w:t>
      </w:r>
      <w:r w:rsidR="00C77F05">
        <w:t xml:space="preserve"> </w:t>
      </w:r>
      <w:r w:rsidRPr="00D33D84">
        <w:t>padrões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acabamento,</w:t>
      </w:r>
      <w:r w:rsidR="00C77F05">
        <w:t xml:space="preserve"> </w:t>
      </w:r>
      <w:r w:rsidRPr="00D33D84">
        <w:t>capacidade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carga,</w:t>
      </w:r>
      <w:r w:rsidR="00C77F05">
        <w:t xml:space="preserve"> </w:t>
      </w:r>
      <w:r w:rsidRPr="00D33D84">
        <w:t>ergonomia,</w:t>
      </w:r>
      <w:r w:rsidR="00C77F05">
        <w:t xml:space="preserve"> </w:t>
      </w:r>
      <w:r w:rsidRPr="00D33D84">
        <w:t>garantia,</w:t>
      </w:r>
      <w:r w:rsidR="00C77F05">
        <w:t xml:space="preserve"> </w:t>
      </w:r>
      <w:r w:rsidRPr="00D33D84">
        <w:t>condições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entrega,</w:t>
      </w:r>
      <w:r w:rsidR="00C77F05">
        <w:t xml:space="preserve"> </w:t>
      </w:r>
      <w:r w:rsidRPr="00D33D84">
        <w:t>montagem,</w:t>
      </w:r>
      <w:r w:rsidR="00C77F05">
        <w:t xml:space="preserve"> </w:t>
      </w:r>
      <w:r w:rsidRPr="00D33D84">
        <w:t>assistência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demais</w:t>
      </w:r>
      <w:r w:rsidR="00C77F05">
        <w:t xml:space="preserve"> </w:t>
      </w:r>
      <w:r w:rsidRPr="00D33D84">
        <w:t>características</w:t>
      </w:r>
      <w:r w:rsidR="00C77F05">
        <w:t xml:space="preserve"> </w:t>
      </w:r>
      <w:r w:rsidRPr="00D33D84">
        <w:t>relevantes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equalizar</w:t>
      </w:r>
      <w:r w:rsidR="00C77F05">
        <w:t xml:space="preserve"> </w:t>
      </w:r>
      <w:r w:rsidRPr="00D33D84">
        <w:t>as</w:t>
      </w:r>
      <w:r w:rsidR="00C77F05">
        <w:t xml:space="preserve"> </w:t>
      </w:r>
      <w:r w:rsidRPr="00D33D84">
        <w:t>propostas,</w:t>
      </w:r>
      <w:r w:rsidR="00C77F05">
        <w:t xml:space="preserve"> </w:t>
      </w:r>
      <w:r w:rsidRPr="00D33D84">
        <w:t>conforme</w:t>
      </w:r>
      <w:r w:rsidR="00C77F05">
        <w:t xml:space="preserve"> </w:t>
      </w:r>
      <w:r w:rsidRPr="00D33D84">
        <w:t>documentos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&lt;&lt;fls.&gt;&gt;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&lt;&lt;p.&gt;&gt;</w:t>
      </w:r>
      <w:r w:rsidR="00C77F05">
        <w:t xml:space="preserve"> </w:t>
      </w:r>
      <w:r w:rsidRPr="00D33D84">
        <w:t>&lt;&lt;</w:t>
      </w:r>
      <w:proofErr w:type="spellStart"/>
      <w:r w:rsidRPr="00D33D84">
        <w:t>xxx-xxx</w:t>
      </w:r>
      <w:proofErr w:type="spellEnd"/>
      <w:r w:rsidRPr="00D33D84">
        <w:t>&gt;&gt;.</w:t>
      </w:r>
    </w:p>
    <w:p w14:paraId="706DF0CE" w14:textId="23736984" w:rsidR="00164B4B" w:rsidRPr="00D33D84" w:rsidRDefault="007E53F0">
      <w:pPr>
        <w:spacing w:after="120"/>
        <w:ind w:firstLine="709"/>
        <w:jc w:val="both"/>
      </w:pPr>
      <w:r w:rsidRPr="00D33D84">
        <w:t>Essa</w:t>
      </w:r>
      <w:r w:rsidR="00C77F05">
        <w:t xml:space="preserve"> </w:t>
      </w:r>
      <w:r w:rsidRPr="00D33D84">
        <w:t>descrição</w:t>
      </w:r>
      <w:r w:rsidR="00C77F05">
        <w:t xml:space="preserve"> </w:t>
      </w:r>
      <w:r w:rsidRPr="00D33D84">
        <w:t>impede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os</w:t>
      </w:r>
      <w:r w:rsidR="00C77F05">
        <w:t xml:space="preserve"> </w:t>
      </w:r>
      <w:r w:rsidRPr="00D33D84">
        <w:t>licitantes</w:t>
      </w:r>
      <w:r w:rsidR="00C77F05">
        <w:t xml:space="preserve"> </w:t>
      </w:r>
      <w:r w:rsidRPr="00D33D84">
        <w:t>formulem</w:t>
      </w:r>
      <w:r w:rsidR="00C77F05">
        <w:t xml:space="preserve"> </w:t>
      </w:r>
      <w:r w:rsidRPr="00D33D84">
        <w:t>propostas</w:t>
      </w:r>
      <w:r w:rsidR="00C77F05">
        <w:t xml:space="preserve"> </w:t>
      </w:r>
      <w:r w:rsidRPr="00D33D84">
        <w:t>comparáveis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Administração</w:t>
      </w:r>
      <w:r w:rsidR="00C77F05">
        <w:t xml:space="preserve"> </w:t>
      </w:r>
      <w:proofErr w:type="gramStart"/>
      <w:r w:rsidRPr="00D33D84">
        <w:t>avalie,</w:t>
      </w:r>
      <w:proofErr w:type="gramEnd"/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modo</w:t>
      </w:r>
      <w:r w:rsidR="00C77F05">
        <w:t xml:space="preserve"> </w:t>
      </w:r>
      <w:r w:rsidRPr="00D33D84">
        <w:t>objetivo,</w:t>
      </w:r>
      <w:r w:rsidR="00C77F05">
        <w:t xml:space="preserve"> </w:t>
      </w:r>
      <w:r w:rsidRPr="00D33D84">
        <w:t>se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item</w:t>
      </w:r>
      <w:r w:rsidR="00C77F05">
        <w:t xml:space="preserve"> </w:t>
      </w:r>
      <w:r w:rsidRPr="00D33D84">
        <w:t>ofertado</w:t>
      </w:r>
      <w:r w:rsidR="00C77F05">
        <w:t xml:space="preserve"> </w:t>
      </w:r>
      <w:r w:rsidRPr="00D33D84">
        <w:t>atende</w:t>
      </w:r>
      <w:r w:rsidR="00C77F05">
        <w:t xml:space="preserve"> </w:t>
      </w:r>
      <w:r w:rsidRPr="00D33D84">
        <w:t>à</w:t>
      </w:r>
      <w:r w:rsidR="00C77F05">
        <w:t xml:space="preserve"> </w:t>
      </w:r>
      <w:r w:rsidRPr="00D33D84">
        <w:t>necessidade</w:t>
      </w:r>
      <w:r w:rsidR="00C77F05">
        <w:t xml:space="preserve"> </w:t>
      </w:r>
      <w:r w:rsidRPr="00D33D84">
        <w:t>pública.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mercados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ampla</w:t>
      </w:r>
      <w:r w:rsidR="00C77F05">
        <w:t xml:space="preserve"> </w:t>
      </w:r>
      <w:r w:rsidRPr="00D33D84">
        <w:t>variação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qualidade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preço,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especificação</w:t>
      </w:r>
      <w:r w:rsidR="00C77F05">
        <w:t xml:space="preserve"> </w:t>
      </w:r>
      <w:r w:rsidRPr="00D33D84">
        <w:t>genérica</w:t>
      </w:r>
      <w:r w:rsidR="00C77F05">
        <w:t xml:space="preserve"> </w:t>
      </w:r>
      <w:r w:rsidRPr="00D33D84">
        <w:t>pode</w:t>
      </w:r>
      <w:r w:rsidR="00C77F05">
        <w:t xml:space="preserve"> </w:t>
      </w:r>
      <w:r w:rsidRPr="00D33D84">
        <w:t>produzir</w:t>
      </w:r>
      <w:r w:rsidR="00C77F05">
        <w:t xml:space="preserve"> </w:t>
      </w:r>
      <w:r w:rsidRPr="00D33D84">
        <w:t>disputa</w:t>
      </w:r>
      <w:r w:rsidR="00C77F05">
        <w:t xml:space="preserve"> </w:t>
      </w:r>
      <w:r w:rsidRPr="00D33D84">
        <w:t>meramente</w:t>
      </w:r>
      <w:r w:rsidR="00C77F05">
        <w:t xml:space="preserve"> </w:t>
      </w:r>
      <w:r w:rsidRPr="00D33D84">
        <w:t>aparente,</w:t>
      </w:r>
      <w:r w:rsidR="00C77F05">
        <w:t xml:space="preserve"> </w:t>
      </w:r>
      <w:r w:rsidRPr="00D33D84">
        <w:t>permitir</w:t>
      </w:r>
      <w:r w:rsidR="00C77F05">
        <w:t xml:space="preserve"> </w:t>
      </w:r>
      <w:r w:rsidRPr="00D33D84">
        <w:t>entrega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produto</w:t>
      </w:r>
      <w:r w:rsidR="00C77F05">
        <w:t xml:space="preserve"> </w:t>
      </w:r>
      <w:r w:rsidRPr="00D33D84">
        <w:t>inferior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abrir</w:t>
      </w:r>
      <w:r w:rsidR="00C77F05">
        <w:t xml:space="preserve"> </w:t>
      </w:r>
      <w:r w:rsidRPr="00D33D84">
        <w:t>espaço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direcionamento</w:t>
      </w:r>
      <w:r w:rsidR="00C77F05">
        <w:t xml:space="preserve"> </w:t>
      </w:r>
      <w:r w:rsidRPr="00D33D84">
        <w:t>informal,</w:t>
      </w:r>
      <w:r w:rsidR="00C77F05">
        <w:t xml:space="preserve"> </w:t>
      </w:r>
      <w:r w:rsidRPr="00D33D84">
        <w:t>caso</w:t>
      </w:r>
      <w:r w:rsidR="00C77F05">
        <w:t xml:space="preserve"> </w:t>
      </w:r>
      <w:r w:rsidRPr="00D33D84">
        <w:t>apenas</w:t>
      </w:r>
      <w:r w:rsidR="00C77F05">
        <w:t xml:space="preserve"> </w:t>
      </w:r>
      <w:r w:rsidRPr="00D33D84">
        <w:t>determinado</w:t>
      </w:r>
      <w:r w:rsidR="00C77F05">
        <w:t xml:space="preserve"> </w:t>
      </w:r>
      <w:r w:rsidRPr="00D33D84">
        <w:t>fornecedor</w:t>
      </w:r>
      <w:r w:rsidR="00C77F05">
        <w:t xml:space="preserve"> </w:t>
      </w:r>
      <w:r w:rsidRPr="00D33D84">
        <w:t>conheça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padrão</w:t>
      </w:r>
      <w:r w:rsidR="00C77F05">
        <w:t xml:space="preserve"> </w:t>
      </w:r>
      <w:r w:rsidRPr="00D33D84">
        <w:t>efetivamente</w:t>
      </w:r>
      <w:r w:rsidR="00C77F05">
        <w:t xml:space="preserve"> </w:t>
      </w:r>
      <w:r w:rsidRPr="00D33D84">
        <w:t>desejado.</w:t>
      </w:r>
    </w:p>
    <w:p w14:paraId="44BC084B" w14:textId="160D27C1" w:rsidR="00164B4B" w:rsidRPr="00D33D84" w:rsidRDefault="007E53F0">
      <w:pPr>
        <w:spacing w:after="120"/>
        <w:ind w:firstLine="709"/>
        <w:jc w:val="both"/>
      </w:pPr>
      <w:r w:rsidRPr="00D33D84">
        <w:t>Na</w:t>
      </w:r>
      <w:r w:rsidR="00C77F05">
        <w:t xml:space="preserve"> </w:t>
      </w:r>
      <w:r w:rsidRPr="00D33D84">
        <w:t>Lei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14.133/2021,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fase</w:t>
      </w:r>
      <w:r w:rsidR="00C77F05">
        <w:t xml:space="preserve"> </w:t>
      </w:r>
      <w:r w:rsidRPr="00D33D84">
        <w:t>preparatória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caracterizar</w:t>
      </w:r>
      <w:r w:rsidR="00C77F05">
        <w:t xml:space="preserve"> </w:t>
      </w:r>
      <w:r w:rsidRPr="00D33D84">
        <w:t>adequadamente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demanda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solução</w:t>
      </w:r>
      <w:r w:rsidR="00C77F05">
        <w:t xml:space="preserve"> </w:t>
      </w:r>
      <w:r w:rsidRPr="00D33D84">
        <w:t>pretendida.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Termo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Referência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conter</w:t>
      </w:r>
      <w:r w:rsidR="00C77F05">
        <w:t xml:space="preserve"> </w:t>
      </w:r>
      <w:r w:rsidRPr="00D33D84">
        <w:t>elementos</w:t>
      </w:r>
      <w:r w:rsidR="00C77F05">
        <w:t xml:space="preserve"> </w:t>
      </w:r>
      <w:r w:rsidRPr="00D33D84">
        <w:t>necessários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suficientes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caracterizar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objeto,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parâmetros</w:t>
      </w:r>
      <w:r w:rsidR="00C77F05">
        <w:t xml:space="preserve"> </w:t>
      </w:r>
      <w:r w:rsidRPr="00D33D84">
        <w:t>objetivos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qualidade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desempenho,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especial</w:t>
      </w:r>
      <w:r w:rsidR="00C77F05">
        <w:t xml:space="preserve"> </w:t>
      </w:r>
      <w:r w:rsidRPr="00D33D84">
        <w:t>nas</w:t>
      </w:r>
      <w:r w:rsidR="00C77F05">
        <w:t xml:space="preserve"> </w:t>
      </w:r>
      <w:r w:rsidRPr="00D33D84">
        <w:t>compras,</w:t>
      </w:r>
      <w:r w:rsidR="00C77F05">
        <w:t xml:space="preserve"> </w:t>
      </w:r>
      <w:r w:rsidRPr="00D33D84">
        <w:t>nas</w:t>
      </w:r>
      <w:r w:rsidR="00C77F05">
        <w:t xml:space="preserve"> </w:t>
      </w:r>
      <w:r w:rsidRPr="00D33D84">
        <w:t>quais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especificação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produto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permitir</w:t>
      </w:r>
      <w:r w:rsidR="00C77F05">
        <w:t xml:space="preserve"> </w:t>
      </w:r>
      <w:r w:rsidRPr="00D33D84">
        <w:t>comparação</w:t>
      </w:r>
      <w:r w:rsidR="00C77F05">
        <w:t xml:space="preserve"> </w:t>
      </w:r>
      <w:r w:rsidRPr="00D33D84">
        <w:t>isonômica</w:t>
      </w:r>
      <w:r w:rsidR="00C77F05">
        <w:t xml:space="preserve"> </w:t>
      </w:r>
      <w:r w:rsidRPr="00D33D84">
        <w:t>entre</w:t>
      </w:r>
      <w:r w:rsidR="00C77F05">
        <w:t xml:space="preserve"> </w:t>
      </w:r>
      <w:r w:rsidRPr="00D33D84">
        <w:t>as</w:t>
      </w:r>
      <w:r w:rsidR="00C77F05">
        <w:t xml:space="preserve"> </w:t>
      </w:r>
      <w:r w:rsidRPr="00D33D84">
        <w:t>propostas.</w:t>
      </w:r>
      <w:r w:rsidR="00C77F05">
        <w:t xml:space="preserve"> </w:t>
      </w:r>
      <w:r w:rsidRPr="00D33D84">
        <w:t>Persistem</w:t>
      </w:r>
      <w:r w:rsidR="00C77F05">
        <w:t xml:space="preserve"> </w:t>
      </w:r>
      <w:r w:rsidRPr="00D33D84">
        <w:t>compatíveis,</w:t>
      </w:r>
      <w:r w:rsidR="00C77F05">
        <w:t xml:space="preserve"> </w:t>
      </w:r>
      <w:r w:rsidRPr="00D33D84">
        <w:t>nesse</w:t>
      </w:r>
      <w:r w:rsidR="00C77F05">
        <w:t xml:space="preserve"> </w:t>
      </w:r>
      <w:r w:rsidRPr="00D33D84">
        <w:t>ponto,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Súmula</w:t>
      </w:r>
      <w:r w:rsidR="00C77F05">
        <w:t xml:space="preserve"> </w:t>
      </w:r>
      <w:r w:rsidRPr="00D33D84">
        <w:t>TCU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177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jurisprudência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considera</w:t>
      </w:r>
      <w:r w:rsidR="00C77F05">
        <w:t xml:space="preserve"> </w:t>
      </w:r>
      <w:r w:rsidRPr="00D33D84">
        <w:t>indispensável</w:t>
      </w:r>
      <w:r w:rsidR="00C77F05">
        <w:t xml:space="preserve"> </w:t>
      </w:r>
      <w:proofErr w:type="gramStart"/>
      <w:r w:rsidRPr="00D33D84">
        <w:t>a</w:t>
      </w:r>
      <w:proofErr w:type="gramEnd"/>
      <w:r w:rsidR="00C77F05">
        <w:t xml:space="preserve"> </w:t>
      </w:r>
      <w:r w:rsidRPr="00D33D84">
        <w:t>definição</w:t>
      </w:r>
      <w:r w:rsidR="00C77F05">
        <w:t xml:space="preserve"> </w:t>
      </w:r>
      <w:r w:rsidRPr="00D33D84">
        <w:t>precisa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suficiente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objeto</w:t>
      </w:r>
      <w:r w:rsidR="00C77F05">
        <w:t xml:space="preserve"> </w:t>
      </w:r>
      <w:r w:rsidRPr="00D33D84">
        <w:t>licitado,</w:t>
      </w:r>
      <w:r w:rsidR="00C77F05">
        <w:t xml:space="preserve"> </w:t>
      </w:r>
      <w:r w:rsidRPr="00D33D84">
        <w:t>inclusive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preservar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igualdade</w:t>
      </w:r>
      <w:r w:rsidR="00C77F05">
        <w:t xml:space="preserve"> </w:t>
      </w:r>
      <w:r w:rsidRPr="00D33D84">
        <w:t>entre</w:t>
      </w:r>
      <w:r w:rsidR="00C77F05">
        <w:t xml:space="preserve"> </w:t>
      </w:r>
      <w:r w:rsidRPr="00D33D84">
        <w:t>concorrentes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publicidade</w:t>
      </w:r>
      <w:r w:rsidR="00C77F05">
        <w:t xml:space="preserve"> </w:t>
      </w:r>
      <w:r w:rsidRPr="00D33D84">
        <w:t>das</w:t>
      </w:r>
      <w:r w:rsidR="00C77F05">
        <w:t xml:space="preserve"> </w:t>
      </w:r>
      <w:r w:rsidRPr="00D33D84">
        <w:t>condições</w:t>
      </w:r>
      <w:r w:rsidR="00C77F05">
        <w:t xml:space="preserve"> </w:t>
      </w:r>
      <w:r w:rsidRPr="00D33D84">
        <w:t>básicas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licitação.</w:t>
      </w:r>
    </w:p>
    <w:p w14:paraId="7C971004" w14:textId="3BD35198" w:rsidR="00164B4B" w:rsidRPr="00D33D84" w:rsidRDefault="007E53F0">
      <w:pPr>
        <w:spacing w:after="120"/>
        <w:ind w:firstLine="709"/>
        <w:jc w:val="both"/>
      </w:pPr>
      <w:r w:rsidRPr="00D33D84">
        <w:t>Assim,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falha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é</w:t>
      </w:r>
      <w:r w:rsidR="00C77F05">
        <w:t xml:space="preserve"> </w:t>
      </w:r>
      <w:r w:rsidRPr="00D33D84">
        <w:t>meramente</w:t>
      </w:r>
      <w:r w:rsidR="00C77F05">
        <w:t xml:space="preserve"> </w:t>
      </w:r>
      <w:r w:rsidRPr="00D33D84">
        <w:t>formal.</w:t>
      </w:r>
      <w:r w:rsidR="00C77F05">
        <w:t xml:space="preserve"> </w:t>
      </w:r>
      <w:r w:rsidRPr="00D33D84">
        <w:t>Ela</w:t>
      </w:r>
      <w:r w:rsidR="00C77F05">
        <w:t xml:space="preserve"> </w:t>
      </w:r>
      <w:r w:rsidRPr="00D33D84">
        <w:t>compromete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competição,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pesquisa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preços,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julgamento</w:t>
      </w:r>
      <w:r w:rsidR="00C77F05">
        <w:t xml:space="preserve"> </w:t>
      </w:r>
      <w:r w:rsidRPr="00D33D84">
        <w:t>objetivo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própria</w:t>
      </w:r>
      <w:r w:rsidR="00C77F05">
        <w:t xml:space="preserve"> </w:t>
      </w:r>
      <w:r w:rsidRPr="00D33D84">
        <w:t>execução</w:t>
      </w:r>
      <w:r w:rsidR="00C77F05">
        <w:t xml:space="preserve"> </w:t>
      </w:r>
      <w:r w:rsidRPr="00D33D84">
        <w:t>contratual,</w:t>
      </w:r>
      <w:r w:rsidR="00C77F05">
        <w:t xml:space="preserve"> </w:t>
      </w:r>
      <w:r w:rsidRPr="00D33D84">
        <w:t>pois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há</w:t>
      </w:r>
      <w:r w:rsidR="00C77F05">
        <w:t xml:space="preserve"> </w:t>
      </w:r>
      <w:r w:rsidRPr="00D33D84">
        <w:t>parâmetro</w:t>
      </w:r>
      <w:r w:rsidR="00C77F05">
        <w:t xml:space="preserve"> </w:t>
      </w:r>
      <w:r w:rsidRPr="00D33D84">
        <w:t>seguro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aferir</w:t>
      </w:r>
      <w:r w:rsidR="00C77F05">
        <w:t xml:space="preserve"> </w:t>
      </w:r>
      <w:r w:rsidRPr="00D33D84">
        <w:t>se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proposta</w:t>
      </w:r>
      <w:r w:rsidR="00C77F05">
        <w:t xml:space="preserve"> </w:t>
      </w:r>
      <w:r w:rsidRPr="00D33D84">
        <w:t>vencedora</w:t>
      </w:r>
      <w:r w:rsidR="00C77F05">
        <w:t xml:space="preserve"> </w:t>
      </w:r>
      <w:r w:rsidRPr="00D33D84">
        <w:t>é,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fato,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mais</w:t>
      </w:r>
      <w:r w:rsidR="00C77F05">
        <w:t xml:space="preserve"> </w:t>
      </w:r>
      <w:r w:rsidRPr="00D33D84">
        <w:t>vantajosa</w:t>
      </w:r>
      <w:r w:rsidR="00C77F05">
        <w:t xml:space="preserve"> </w:t>
      </w:r>
      <w:r w:rsidRPr="00D33D84">
        <w:t>nem</w:t>
      </w:r>
      <w:r w:rsidR="00C77F05">
        <w:t xml:space="preserve"> </w:t>
      </w:r>
      <w:r w:rsidRPr="00D33D84">
        <w:t>se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entrega</w:t>
      </w:r>
      <w:r w:rsidR="00C77F05">
        <w:t xml:space="preserve"> </w:t>
      </w:r>
      <w:r w:rsidRPr="00D33D84">
        <w:t>futura</w:t>
      </w:r>
      <w:r w:rsidR="00C77F05">
        <w:t xml:space="preserve"> </w:t>
      </w:r>
      <w:r w:rsidRPr="00D33D84">
        <w:t>atenderá</w:t>
      </w:r>
      <w:r w:rsidR="00C77F05">
        <w:t xml:space="preserve"> </w:t>
      </w:r>
      <w:r w:rsidRPr="00D33D84">
        <w:t>à</w:t>
      </w:r>
      <w:r w:rsidR="00C77F05">
        <w:t xml:space="preserve"> </w:t>
      </w:r>
      <w:r w:rsidRPr="00D33D84">
        <w:t>necessidade</w:t>
      </w:r>
      <w:r w:rsidR="00C77F05">
        <w:t xml:space="preserve"> </w:t>
      </w:r>
      <w:r w:rsidRPr="00D33D84">
        <w:t>administrativa.</w:t>
      </w:r>
    </w:p>
    <w:p w14:paraId="4A4E6370" w14:textId="6FF11F10" w:rsidR="00164B4B" w:rsidRPr="00D33D84" w:rsidRDefault="007E53F0">
      <w:pPr>
        <w:spacing w:before="120" w:after="120"/>
      </w:pPr>
      <w:proofErr w:type="gramStart"/>
      <w:r w:rsidRPr="00D33D84">
        <w:rPr>
          <w:b/>
        </w:rPr>
        <w:t>2.</w:t>
      </w:r>
      <w:proofErr w:type="gramEnd"/>
      <w:r w:rsidRPr="00D33D84">
        <w:rPr>
          <w:b/>
        </w:rPr>
        <w:t>b)</w:t>
      </w:r>
      <w:r w:rsidR="00C77F05">
        <w:rPr>
          <w:b/>
        </w:rPr>
        <w:t xml:space="preserve"> </w:t>
      </w:r>
      <w:r w:rsidRPr="00D33D84">
        <w:rPr>
          <w:b/>
        </w:rPr>
        <w:t>Fracionamento</w:t>
      </w:r>
      <w:r w:rsidR="00C77F05">
        <w:rPr>
          <w:b/>
        </w:rPr>
        <w:t xml:space="preserve"> </w:t>
      </w:r>
      <w:r w:rsidRPr="00D33D84">
        <w:rPr>
          <w:b/>
        </w:rPr>
        <w:t>indevido</w:t>
      </w:r>
      <w:r w:rsidR="00C77F05">
        <w:rPr>
          <w:b/>
        </w:rPr>
        <w:t xml:space="preserve"> </w:t>
      </w:r>
      <w:r w:rsidRPr="00D33D84">
        <w:rPr>
          <w:b/>
        </w:rPr>
        <w:t>e</w:t>
      </w:r>
      <w:r w:rsidR="00C77F05">
        <w:rPr>
          <w:b/>
        </w:rPr>
        <w:t xml:space="preserve"> </w:t>
      </w:r>
      <w:r w:rsidRPr="00D33D84">
        <w:rPr>
          <w:b/>
        </w:rPr>
        <w:t>esvaziamento</w:t>
      </w:r>
      <w:r w:rsidR="00C77F05">
        <w:rPr>
          <w:b/>
        </w:rPr>
        <w:t xml:space="preserve"> </w:t>
      </w:r>
      <w:r w:rsidRPr="00D33D84">
        <w:rPr>
          <w:b/>
        </w:rPr>
        <w:t>do</w:t>
      </w:r>
      <w:r w:rsidR="00C77F05">
        <w:rPr>
          <w:b/>
        </w:rPr>
        <w:t xml:space="preserve"> </w:t>
      </w:r>
      <w:r w:rsidRPr="00D33D84">
        <w:rPr>
          <w:b/>
        </w:rPr>
        <w:t>planejamento</w:t>
      </w:r>
      <w:r w:rsidR="00C77F05">
        <w:rPr>
          <w:b/>
        </w:rPr>
        <w:t xml:space="preserve"> </w:t>
      </w:r>
      <w:r w:rsidRPr="00D33D84">
        <w:rPr>
          <w:b/>
        </w:rPr>
        <w:t>da</w:t>
      </w:r>
      <w:r w:rsidR="00C77F05">
        <w:rPr>
          <w:b/>
        </w:rPr>
        <w:t xml:space="preserve"> </w:t>
      </w:r>
      <w:r w:rsidRPr="00D33D84">
        <w:rPr>
          <w:b/>
        </w:rPr>
        <w:t>contratação</w:t>
      </w:r>
    </w:p>
    <w:p w14:paraId="3C498E70" w14:textId="6BE6EB04" w:rsidR="00164B4B" w:rsidRPr="00D33D84" w:rsidRDefault="007E53F0">
      <w:pPr>
        <w:spacing w:after="120"/>
        <w:ind w:firstLine="709"/>
        <w:jc w:val="both"/>
      </w:pPr>
      <w:r w:rsidRPr="00D33D84">
        <w:t>Em</w:t>
      </w:r>
      <w:r w:rsidR="00C77F05">
        <w:t xml:space="preserve"> </w:t>
      </w:r>
      <w:r w:rsidRPr="00D33D84">
        <w:t>análise</w:t>
      </w:r>
      <w:r w:rsidR="00C77F05">
        <w:t xml:space="preserve"> </w:t>
      </w:r>
      <w:r w:rsidRPr="00D33D84">
        <w:t>aos</w:t>
      </w:r>
      <w:r w:rsidR="00C77F05">
        <w:t xml:space="preserve"> </w:t>
      </w:r>
      <w:r w:rsidRPr="00D33D84">
        <w:t>processos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contratação</w:t>
      </w:r>
      <w:r w:rsidR="00C77F05">
        <w:t xml:space="preserve"> </w:t>
      </w:r>
      <w:r w:rsidRPr="00D33D84">
        <w:t>realizados</w:t>
      </w:r>
      <w:r w:rsidR="00C77F05">
        <w:t xml:space="preserve"> </w:t>
      </w:r>
      <w:r w:rsidRPr="00D33D84">
        <w:t>pela</w:t>
      </w:r>
      <w:r w:rsidR="00C77F05">
        <w:t xml:space="preserve"> </w:t>
      </w:r>
      <w:r w:rsidRPr="00D33D84">
        <w:t>&lt;&lt;Prefeitura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Pantanal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Norte&gt;&gt;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exercício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&lt;&lt;2026&gt;&gt;,</w:t>
      </w:r>
      <w:r w:rsidR="00C77F05">
        <w:t xml:space="preserve"> </w:t>
      </w:r>
      <w:r w:rsidRPr="00D33D84">
        <w:t>constatou-se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realização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&lt;&lt;cinco</w:t>
      </w:r>
      <w:r w:rsidR="00C77F05">
        <w:t xml:space="preserve"> </w:t>
      </w:r>
      <w:r w:rsidRPr="00D33D84">
        <w:t>contratações</w:t>
      </w:r>
      <w:r w:rsidR="00C77F05">
        <w:t xml:space="preserve"> </w:t>
      </w:r>
      <w:r w:rsidRPr="00D33D84">
        <w:t>diretas/dispensas</w:t>
      </w:r>
      <w:r w:rsidR="00C77F05">
        <w:t xml:space="preserve"> </w:t>
      </w:r>
      <w:r w:rsidRPr="00D33D84">
        <w:t>eletrônicas/certames</w:t>
      </w:r>
      <w:r w:rsidR="00C77F05">
        <w:t xml:space="preserve"> </w:t>
      </w:r>
      <w:r w:rsidRPr="00D33D84">
        <w:t>separados&gt;&gt;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&lt;&lt;aquisição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mobiliário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escritório&gt;&gt;,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total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</w:t>
      </w:r>
      <w:proofErr w:type="gramStart"/>
      <w:r w:rsidRPr="00D33D84">
        <w:t>R$</w:t>
      </w:r>
      <w:r w:rsidR="00C77F05">
        <w:t xml:space="preserve"> </w:t>
      </w:r>
      <w:r w:rsidRPr="00D33D84">
        <w:t>...</w:t>
      </w:r>
      <w:proofErr w:type="gramEnd"/>
      <w:r w:rsidRPr="00D33D84">
        <w:t>&gt;&gt;,</w:t>
      </w:r>
      <w:r w:rsidR="00C77F05">
        <w:t xml:space="preserve"> </w:t>
      </w:r>
      <w:r w:rsidRPr="00D33D84">
        <w:t>envolvendo</w:t>
      </w:r>
      <w:r w:rsidR="00C77F05">
        <w:t xml:space="preserve"> </w:t>
      </w:r>
      <w:r w:rsidRPr="00D33D84">
        <w:t>objetos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mesma</w:t>
      </w:r>
      <w:r w:rsidR="00C77F05">
        <w:t xml:space="preserve"> </w:t>
      </w:r>
      <w:r w:rsidRPr="00D33D84">
        <w:t>natureza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fornecedores</w:t>
      </w:r>
      <w:r w:rsidR="00C77F05">
        <w:t xml:space="preserve"> </w:t>
      </w:r>
      <w:r w:rsidRPr="00D33D84">
        <w:t>recorrentes,</w:t>
      </w:r>
      <w:r w:rsidR="00C77F05">
        <w:t xml:space="preserve"> </w:t>
      </w:r>
      <w:r w:rsidRPr="00D33D84">
        <w:t>conforme</w:t>
      </w:r>
      <w:r w:rsidR="00C77F05">
        <w:t xml:space="preserve"> </w:t>
      </w:r>
      <w:r w:rsidRPr="00D33D84">
        <w:t>demonstrado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seguir: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06"/>
      </w:tblGrid>
      <w:tr w:rsidR="00164B4B" w:rsidRPr="00D33D84" w14:paraId="6FFA8B0D" w14:textId="77777777">
        <w:trPr>
          <w:jc w:val="center"/>
        </w:trPr>
        <w:tc>
          <w:tcPr>
            <w:tcW w:w="9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6CEA34DA" w14:textId="33E47023" w:rsidR="00164B4B" w:rsidRPr="00D33D84" w:rsidRDefault="007E53F0">
            <w:pPr>
              <w:spacing w:after="0"/>
            </w:pPr>
            <w:r w:rsidRPr="00D33D84">
              <w:rPr>
                <w:i/>
                <w:sz w:val="20"/>
              </w:rPr>
              <w:t>[Inserir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tabela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com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data,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processo,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objeto,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unidade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requisitante,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fornecedor,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valor,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fundamento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jurídico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e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vínculo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com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a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mesma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necessidade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anual.</w:t>
            </w:r>
            <w:proofErr w:type="gramStart"/>
            <w:r w:rsidRPr="00D33D84">
              <w:rPr>
                <w:i/>
                <w:sz w:val="20"/>
              </w:rPr>
              <w:t>]</w:t>
            </w:r>
            <w:proofErr w:type="gramEnd"/>
          </w:p>
        </w:tc>
      </w:tr>
    </w:tbl>
    <w:p w14:paraId="79B5554D" w14:textId="77777777" w:rsidR="00164B4B" w:rsidRPr="00D33D84" w:rsidRDefault="00164B4B">
      <w:pPr>
        <w:spacing w:after="60"/>
        <w:ind w:firstLine="709"/>
        <w:jc w:val="both"/>
      </w:pPr>
    </w:p>
    <w:p w14:paraId="3C96543F" w14:textId="2B207C8D" w:rsidR="00164B4B" w:rsidRPr="00D33D84" w:rsidRDefault="007E53F0">
      <w:pPr>
        <w:spacing w:after="120"/>
        <w:ind w:firstLine="709"/>
        <w:jc w:val="both"/>
      </w:pPr>
      <w:r w:rsidRPr="00D33D84">
        <w:t>Com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Lei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14.133/2021,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análise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fracionamento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mais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formulada</w:t>
      </w:r>
      <w:r w:rsidR="00C77F05">
        <w:t xml:space="preserve"> </w:t>
      </w:r>
      <w:r w:rsidRPr="00D33D84">
        <w:t>como</w:t>
      </w:r>
      <w:r w:rsidR="00C77F05">
        <w:t xml:space="preserve"> </w:t>
      </w:r>
      <w:r w:rsidRPr="00D33D84">
        <w:t>fuga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modalidade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valor,</w:t>
      </w:r>
      <w:r w:rsidR="00C77F05">
        <w:t xml:space="preserve"> </w:t>
      </w:r>
      <w:r w:rsidRPr="00D33D84">
        <w:t>pois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NLL</w:t>
      </w:r>
      <w:r w:rsidR="00C77F05">
        <w:t xml:space="preserve"> </w:t>
      </w:r>
      <w:r w:rsidRPr="00D33D84">
        <w:t>eliminou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lógica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Convite,</w:t>
      </w:r>
      <w:r w:rsidR="00C77F05">
        <w:t xml:space="preserve"> </w:t>
      </w:r>
      <w:r w:rsidRPr="00D33D84">
        <w:t>Tomada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Preços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Concorrência</w:t>
      </w:r>
      <w:r w:rsidR="00C77F05">
        <w:t xml:space="preserve"> </w:t>
      </w:r>
      <w:r w:rsidRPr="00D33D84">
        <w:t>baseada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faixas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valor.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problema</w:t>
      </w:r>
      <w:r w:rsidR="00C77F05">
        <w:t xml:space="preserve"> </w:t>
      </w:r>
      <w:r w:rsidRPr="00D33D84">
        <w:t>atual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descrito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maior</w:t>
      </w:r>
      <w:r w:rsidR="00C77F05">
        <w:t xml:space="preserve"> </w:t>
      </w:r>
      <w:r w:rsidRPr="00D33D84">
        <w:lastRenderedPageBreak/>
        <w:t>precisão:</w:t>
      </w:r>
      <w:r w:rsidR="00C77F05">
        <w:t xml:space="preserve"> </w:t>
      </w:r>
      <w:r w:rsidRPr="00D33D84">
        <w:t>fragmentar</w:t>
      </w:r>
      <w:r w:rsidR="00C77F05">
        <w:t xml:space="preserve"> </w:t>
      </w:r>
      <w:r w:rsidRPr="00D33D84">
        <w:t>artificialmente</w:t>
      </w:r>
      <w:r w:rsidR="00C77F05">
        <w:t xml:space="preserve"> </w:t>
      </w:r>
      <w:r w:rsidRPr="00D33D84">
        <w:t>contratações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escapar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licitação,</w:t>
      </w:r>
      <w:r w:rsidR="00C77F05">
        <w:t xml:space="preserve"> </w:t>
      </w:r>
      <w:r w:rsidRPr="00D33D84">
        <w:t>reduzir</w:t>
      </w:r>
      <w:r w:rsidR="00C77F05">
        <w:t xml:space="preserve"> </w:t>
      </w:r>
      <w:r w:rsidRPr="00D33D84">
        <w:t>publicidade,</w:t>
      </w:r>
      <w:r w:rsidR="00C77F05">
        <w:t xml:space="preserve"> </w:t>
      </w:r>
      <w:r w:rsidRPr="00D33D84">
        <w:t>evitar</w:t>
      </w:r>
      <w:r w:rsidR="00C77F05">
        <w:t xml:space="preserve"> </w:t>
      </w:r>
      <w:r w:rsidRPr="00D33D84">
        <w:t>planejamento,</w:t>
      </w:r>
      <w:r w:rsidR="00C77F05">
        <w:t xml:space="preserve"> </w:t>
      </w:r>
      <w:r w:rsidRPr="00D33D84">
        <w:t>direcionar</w:t>
      </w:r>
      <w:r w:rsidR="00C77F05">
        <w:t xml:space="preserve"> </w:t>
      </w:r>
      <w:r w:rsidRPr="00D33D84">
        <w:t>demandas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fornecedores</w:t>
      </w:r>
      <w:r w:rsidR="00C77F05">
        <w:t xml:space="preserve"> </w:t>
      </w:r>
      <w:r w:rsidRPr="00D33D84">
        <w:t>determinados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enquadrar</w:t>
      </w:r>
      <w:r w:rsidR="00C77F05">
        <w:t xml:space="preserve"> </w:t>
      </w:r>
      <w:r w:rsidRPr="00D33D84">
        <w:t>indevidamente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despesa</w:t>
      </w:r>
      <w:r w:rsidR="00C77F05">
        <w:t xml:space="preserve"> </w:t>
      </w:r>
      <w:r w:rsidRPr="00D33D84">
        <w:t>nos</w:t>
      </w:r>
      <w:r w:rsidR="00C77F05">
        <w:t xml:space="preserve"> </w:t>
      </w:r>
      <w:r w:rsidRPr="00D33D84">
        <w:t>limites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dispensa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valor.</w:t>
      </w:r>
    </w:p>
    <w:p w14:paraId="6E2AD6AA" w14:textId="2E1BD02A" w:rsidR="00164B4B" w:rsidRPr="00D33D84" w:rsidRDefault="007E53F0">
      <w:pPr>
        <w:spacing w:after="120"/>
        <w:ind w:firstLine="709"/>
        <w:jc w:val="both"/>
      </w:pPr>
      <w:r w:rsidRPr="00D33D84">
        <w:t>Nas</w:t>
      </w:r>
      <w:r w:rsidR="00C77F05">
        <w:t xml:space="preserve"> </w:t>
      </w:r>
      <w:r w:rsidRPr="00D33D84">
        <w:t>dispensas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valor,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art.</w:t>
      </w:r>
      <w:r w:rsidR="00C77F05">
        <w:t xml:space="preserve"> </w:t>
      </w:r>
      <w:r w:rsidRPr="00D33D84">
        <w:t>75,</w:t>
      </w:r>
      <w:r w:rsidR="00C77F05">
        <w:t xml:space="preserve"> </w:t>
      </w:r>
      <w:r w:rsidRPr="00D33D84">
        <w:t>§1º,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Lei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14.133/2021</w:t>
      </w:r>
      <w:r w:rsidR="00C77F05">
        <w:t xml:space="preserve"> </w:t>
      </w:r>
      <w:r w:rsidRPr="00D33D84">
        <w:t>exige</w:t>
      </w:r>
      <w:r w:rsidR="00C77F05">
        <w:t xml:space="preserve"> </w:t>
      </w:r>
      <w:r w:rsidRPr="00D33D84">
        <w:t>considerar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somatório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que</w:t>
      </w:r>
      <w:r w:rsidR="00C77F05">
        <w:t xml:space="preserve"> </w:t>
      </w:r>
      <w:proofErr w:type="gramStart"/>
      <w:r w:rsidRPr="00D33D84">
        <w:t>for</w:t>
      </w:r>
      <w:proofErr w:type="gramEnd"/>
      <w:r w:rsidR="00C77F05">
        <w:t xml:space="preserve"> </w:t>
      </w:r>
      <w:r w:rsidRPr="00D33D84">
        <w:t>despendido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exercício</w:t>
      </w:r>
      <w:r w:rsidR="00C77F05">
        <w:t xml:space="preserve"> </w:t>
      </w:r>
      <w:r w:rsidRPr="00D33D84">
        <w:t>financeiro</w:t>
      </w:r>
      <w:r w:rsidR="00C77F05">
        <w:t xml:space="preserve"> </w:t>
      </w:r>
      <w:r w:rsidRPr="00D33D84">
        <w:t>pela</w:t>
      </w:r>
      <w:r w:rsidR="00C77F05">
        <w:t xml:space="preserve"> </w:t>
      </w:r>
      <w:r w:rsidRPr="00D33D84">
        <w:t>respectiva</w:t>
      </w:r>
      <w:r w:rsidR="00C77F05">
        <w:t xml:space="preserve"> </w:t>
      </w:r>
      <w:r w:rsidRPr="00D33D84">
        <w:t>unidade</w:t>
      </w:r>
      <w:r w:rsidR="00C77F05">
        <w:t xml:space="preserve"> </w:t>
      </w:r>
      <w:r w:rsidRPr="00D33D84">
        <w:t>gestora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somatório</w:t>
      </w:r>
      <w:r w:rsidR="00C77F05">
        <w:t xml:space="preserve"> </w:t>
      </w:r>
      <w:r w:rsidRPr="00D33D84">
        <w:t>das</w:t>
      </w:r>
      <w:r w:rsidR="00C77F05">
        <w:t xml:space="preserve"> </w:t>
      </w:r>
      <w:r w:rsidRPr="00D33D84">
        <w:t>despesas</w:t>
      </w:r>
      <w:r w:rsidR="00C77F05">
        <w:t xml:space="preserve"> </w:t>
      </w:r>
      <w:r w:rsidRPr="00D33D84">
        <w:t>realizadas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objetos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mesma</w:t>
      </w:r>
      <w:r w:rsidR="00C77F05">
        <w:t xml:space="preserve"> </w:t>
      </w:r>
      <w:r w:rsidRPr="00D33D84">
        <w:t>natureza,</w:t>
      </w:r>
      <w:r w:rsidR="00C77F05">
        <w:t xml:space="preserve"> </w:t>
      </w:r>
      <w:r w:rsidRPr="00D33D84">
        <w:t>assim</w:t>
      </w:r>
      <w:r w:rsidR="00C77F05">
        <w:t xml:space="preserve"> </w:t>
      </w:r>
      <w:r w:rsidRPr="00D33D84">
        <w:t>entendidos</w:t>
      </w:r>
      <w:r w:rsidR="00C77F05">
        <w:t xml:space="preserve"> </w:t>
      </w:r>
      <w:r w:rsidRPr="00D33D84">
        <w:t>aqueles</w:t>
      </w:r>
      <w:r w:rsidR="00C77F05">
        <w:t xml:space="preserve"> </w:t>
      </w:r>
      <w:r w:rsidRPr="00D33D84">
        <w:t>relativos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contratações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mesmo</w:t>
      </w:r>
      <w:r w:rsidR="00C77F05">
        <w:t xml:space="preserve"> </w:t>
      </w:r>
      <w:r w:rsidRPr="00D33D84">
        <w:t>ramo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atividade.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análise,</w:t>
      </w:r>
      <w:r w:rsidR="00C77F05">
        <w:t xml:space="preserve"> </w:t>
      </w:r>
      <w:r w:rsidRPr="00D33D84">
        <w:t>portanto,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verificar</w:t>
      </w:r>
      <w:r w:rsidR="00C77F05">
        <w:t xml:space="preserve"> </w:t>
      </w:r>
      <w:r w:rsidRPr="00D33D84">
        <w:t>se</w:t>
      </w:r>
      <w:r w:rsidR="00C77F05">
        <w:t xml:space="preserve"> </w:t>
      </w:r>
      <w:r w:rsidRPr="00D33D84">
        <w:t>as</w:t>
      </w:r>
      <w:r w:rsidR="00C77F05">
        <w:t xml:space="preserve"> </w:t>
      </w:r>
      <w:r w:rsidRPr="00D33D84">
        <w:t>contratações</w:t>
      </w:r>
      <w:r w:rsidR="00C77F05">
        <w:t xml:space="preserve"> </w:t>
      </w:r>
      <w:r w:rsidRPr="00D33D84">
        <w:t>deveriam</w:t>
      </w:r>
      <w:r w:rsidR="00C77F05">
        <w:t xml:space="preserve"> </w:t>
      </w:r>
      <w:r w:rsidRPr="00D33D84">
        <w:t>ter</w:t>
      </w:r>
      <w:r w:rsidR="00C77F05">
        <w:t xml:space="preserve"> </w:t>
      </w:r>
      <w:r w:rsidRPr="00D33D84">
        <w:t>sido</w:t>
      </w:r>
      <w:r w:rsidR="00C77F05">
        <w:t xml:space="preserve"> </w:t>
      </w:r>
      <w:r w:rsidRPr="00D33D84">
        <w:t>planejadas</w:t>
      </w:r>
      <w:r w:rsidR="00C77F05">
        <w:t xml:space="preserve"> </w:t>
      </w:r>
      <w:r w:rsidRPr="00D33D84">
        <w:t>conjuntamente,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estimativa</w:t>
      </w:r>
      <w:r w:rsidR="00C77F05">
        <w:t xml:space="preserve"> </w:t>
      </w:r>
      <w:r w:rsidRPr="00D33D84">
        <w:t>anual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demanda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solução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contratação</w:t>
      </w:r>
      <w:r w:rsidR="00C77F05">
        <w:t xml:space="preserve"> </w:t>
      </w:r>
      <w:r w:rsidRPr="00D33D84">
        <w:t>compatível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necessidade</w:t>
      </w:r>
      <w:r w:rsidR="00C77F05">
        <w:t xml:space="preserve"> </w:t>
      </w:r>
      <w:r w:rsidRPr="00D33D84">
        <w:t>agregada.</w:t>
      </w:r>
    </w:p>
    <w:p w14:paraId="7C7A3988" w14:textId="22398A4D" w:rsidR="00164B4B" w:rsidRPr="00D33D84" w:rsidRDefault="007E53F0">
      <w:pPr>
        <w:spacing w:after="120"/>
        <w:ind w:firstLine="709"/>
        <w:jc w:val="both"/>
      </w:pPr>
      <w:r w:rsidRPr="00D33D84">
        <w:t>No</w:t>
      </w:r>
      <w:r w:rsidR="00C77F05">
        <w:t xml:space="preserve"> </w:t>
      </w:r>
      <w:r w:rsidRPr="00D33D84">
        <w:t>caso</w:t>
      </w:r>
      <w:r w:rsidR="00C77F05">
        <w:t xml:space="preserve"> </w:t>
      </w:r>
      <w:r w:rsidRPr="00D33D84">
        <w:t>examinado,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repetição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contratações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objetos</w:t>
      </w:r>
      <w:r w:rsidR="00C77F05">
        <w:t xml:space="preserve"> </w:t>
      </w:r>
      <w:r w:rsidRPr="00D33D84">
        <w:t>equivalentes,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intervalos</w:t>
      </w:r>
      <w:r w:rsidR="00C77F05">
        <w:t xml:space="preserve"> </w:t>
      </w:r>
      <w:r w:rsidRPr="00D33D84">
        <w:t>próximos,</w:t>
      </w:r>
      <w:r w:rsidR="00C77F05">
        <w:t xml:space="preserve"> </w:t>
      </w:r>
      <w:r w:rsidRPr="00D33D84">
        <w:t>sem</w:t>
      </w:r>
      <w:r w:rsidR="00C77F05">
        <w:t xml:space="preserve"> </w:t>
      </w:r>
      <w:r w:rsidRPr="00D33D84">
        <w:t>justificativa</w:t>
      </w:r>
      <w:r w:rsidR="00C77F05">
        <w:t xml:space="preserve"> </w:t>
      </w:r>
      <w:r w:rsidRPr="00D33D84">
        <w:t>técnica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separação,</w:t>
      </w:r>
      <w:r w:rsidR="00C77F05">
        <w:t xml:space="preserve"> </w:t>
      </w:r>
      <w:r w:rsidRPr="00D33D84">
        <w:t>indica</w:t>
      </w:r>
      <w:r w:rsidR="00C77F05">
        <w:t xml:space="preserve"> </w:t>
      </w:r>
      <w:r w:rsidRPr="00D33D84">
        <w:t>possível</w:t>
      </w:r>
      <w:r w:rsidR="00C77F05">
        <w:t xml:space="preserve"> </w:t>
      </w:r>
      <w:r w:rsidRPr="00D33D84">
        <w:t>fracionamento</w:t>
      </w:r>
      <w:r w:rsidR="00C77F05">
        <w:t xml:space="preserve"> </w:t>
      </w:r>
      <w:r w:rsidRPr="00D33D84">
        <w:t>indevido.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conduta</w:t>
      </w:r>
      <w:r w:rsidR="00C77F05">
        <w:t xml:space="preserve"> </w:t>
      </w:r>
      <w:r w:rsidRPr="00D33D84">
        <w:t>enfraqueceu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publicidade,</w:t>
      </w:r>
      <w:r w:rsidR="00C77F05">
        <w:t xml:space="preserve"> </w:t>
      </w:r>
      <w:r w:rsidRPr="00D33D84">
        <w:t>reduziu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atratividade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mercado,</w:t>
      </w:r>
      <w:r w:rsidR="00C77F05">
        <w:t xml:space="preserve"> </w:t>
      </w:r>
      <w:r w:rsidRPr="00D33D84">
        <w:t>impediu</w:t>
      </w:r>
      <w:r w:rsidR="00C77F05">
        <w:t xml:space="preserve"> </w:t>
      </w:r>
      <w:r w:rsidRPr="00D33D84">
        <w:t>ganhos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escala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facilitou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condução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processos</w:t>
      </w:r>
      <w:r w:rsidR="00C77F05">
        <w:t xml:space="preserve"> </w:t>
      </w:r>
      <w:r w:rsidRPr="00D33D84">
        <w:t>menos</w:t>
      </w:r>
      <w:r w:rsidR="00C77F05">
        <w:t xml:space="preserve"> </w:t>
      </w:r>
      <w:r w:rsidRPr="00D33D84">
        <w:t>competitivos.</w:t>
      </w:r>
      <w:r w:rsidR="00C77F05">
        <w:t xml:space="preserve"> </w:t>
      </w:r>
      <w:r w:rsidRPr="00D33D84">
        <w:t>Quando</w:t>
      </w:r>
      <w:r w:rsidR="00C77F05">
        <w:t xml:space="preserve"> </w:t>
      </w:r>
      <w:r w:rsidRPr="00D33D84">
        <w:t>essa</w:t>
      </w:r>
      <w:r w:rsidR="00C77F05">
        <w:t xml:space="preserve"> </w:t>
      </w:r>
      <w:r w:rsidRPr="00D33D84">
        <w:t>fragmentação</w:t>
      </w:r>
      <w:r w:rsidR="00C77F05">
        <w:t xml:space="preserve"> </w:t>
      </w:r>
      <w:r w:rsidRPr="00D33D84">
        <w:t>se</w:t>
      </w:r>
      <w:r w:rsidR="00C77F05">
        <w:t xml:space="preserve"> </w:t>
      </w:r>
      <w:r w:rsidRPr="00D33D84">
        <w:t>combina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objeto</w:t>
      </w:r>
      <w:r w:rsidR="00C77F05">
        <w:t xml:space="preserve"> </w:t>
      </w:r>
      <w:r w:rsidRPr="00D33D84">
        <w:t>impreciso,</w:t>
      </w:r>
      <w:r w:rsidR="00C77F05">
        <w:t xml:space="preserve"> </w:t>
      </w:r>
      <w:r w:rsidRPr="00D33D84">
        <w:t>cláusulas</w:t>
      </w:r>
      <w:r w:rsidR="00C77F05">
        <w:t xml:space="preserve"> </w:t>
      </w:r>
      <w:r w:rsidRPr="00D33D84">
        <w:t>restritivas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propostas</w:t>
      </w:r>
      <w:r w:rsidR="00C77F05">
        <w:t xml:space="preserve"> </w:t>
      </w:r>
      <w:r w:rsidRPr="00D33D84">
        <w:t>similares,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fracionamento</w:t>
      </w:r>
      <w:r w:rsidR="00C77F05">
        <w:t xml:space="preserve"> </w:t>
      </w:r>
      <w:r w:rsidRPr="00D33D84">
        <w:t>deixa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apenas</w:t>
      </w:r>
      <w:r w:rsidR="00C77F05">
        <w:t xml:space="preserve"> </w:t>
      </w:r>
      <w:r w:rsidRPr="00D33D84">
        <w:t>falha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planejamento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passa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integrar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conjunto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indícios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direcionamento.</w:t>
      </w:r>
    </w:p>
    <w:p w14:paraId="77FE0752" w14:textId="30AEF446" w:rsidR="00164B4B" w:rsidRPr="00D33D84" w:rsidRDefault="007E53F0">
      <w:pPr>
        <w:spacing w:before="200" w:after="120"/>
      </w:pPr>
      <w:r w:rsidRPr="00D33D84">
        <w:rPr>
          <w:b/>
          <w:sz w:val="26"/>
        </w:rPr>
        <w:t>3.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Análise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do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Edital</w:t>
      </w:r>
    </w:p>
    <w:p w14:paraId="676BCACD" w14:textId="6E4DB1BC" w:rsidR="00164B4B" w:rsidRPr="00D33D84" w:rsidRDefault="007E53F0">
      <w:pPr>
        <w:spacing w:before="120" w:after="120"/>
      </w:pPr>
      <w:proofErr w:type="gramStart"/>
      <w:r w:rsidRPr="00D33D84">
        <w:rPr>
          <w:b/>
        </w:rPr>
        <w:t>3.</w:t>
      </w:r>
      <w:proofErr w:type="gramEnd"/>
      <w:r w:rsidRPr="00D33D84">
        <w:rPr>
          <w:b/>
        </w:rPr>
        <w:t>a)</w:t>
      </w:r>
      <w:r w:rsidR="00C77F05">
        <w:rPr>
          <w:b/>
        </w:rPr>
        <w:t xml:space="preserve"> </w:t>
      </w:r>
      <w:r w:rsidRPr="00D33D84">
        <w:rPr>
          <w:b/>
        </w:rPr>
        <w:t>Exigência</w:t>
      </w:r>
      <w:r w:rsidR="00C77F05">
        <w:rPr>
          <w:b/>
        </w:rPr>
        <w:t xml:space="preserve"> </w:t>
      </w:r>
      <w:r w:rsidRPr="00D33D84">
        <w:rPr>
          <w:b/>
        </w:rPr>
        <w:t>de</w:t>
      </w:r>
      <w:r w:rsidR="00C77F05">
        <w:rPr>
          <w:b/>
        </w:rPr>
        <w:t xml:space="preserve"> </w:t>
      </w:r>
      <w:r w:rsidRPr="00D33D84">
        <w:rPr>
          <w:b/>
        </w:rPr>
        <w:t>garantia</w:t>
      </w:r>
      <w:r w:rsidR="00C77F05">
        <w:rPr>
          <w:b/>
        </w:rPr>
        <w:t xml:space="preserve"> </w:t>
      </w:r>
      <w:r w:rsidRPr="00D33D84">
        <w:rPr>
          <w:b/>
        </w:rPr>
        <w:t>de</w:t>
      </w:r>
      <w:r w:rsidR="00C77F05">
        <w:rPr>
          <w:b/>
        </w:rPr>
        <w:t xml:space="preserve"> </w:t>
      </w:r>
      <w:r w:rsidRPr="00D33D84">
        <w:rPr>
          <w:b/>
        </w:rPr>
        <w:t>proposta</w:t>
      </w:r>
      <w:r w:rsidR="00C77F05">
        <w:rPr>
          <w:b/>
        </w:rPr>
        <w:t xml:space="preserve"> </w:t>
      </w:r>
      <w:r w:rsidRPr="00D33D84">
        <w:rPr>
          <w:b/>
        </w:rPr>
        <w:t>em</w:t>
      </w:r>
      <w:r w:rsidR="00C77F05">
        <w:rPr>
          <w:b/>
        </w:rPr>
        <w:t xml:space="preserve"> </w:t>
      </w:r>
      <w:r w:rsidRPr="00D33D84">
        <w:rPr>
          <w:b/>
        </w:rPr>
        <w:t>condições</w:t>
      </w:r>
      <w:r w:rsidR="00C77F05">
        <w:rPr>
          <w:b/>
        </w:rPr>
        <w:t xml:space="preserve"> </w:t>
      </w:r>
      <w:r w:rsidRPr="00D33D84">
        <w:rPr>
          <w:b/>
        </w:rPr>
        <w:t>restritivas,</w:t>
      </w:r>
      <w:r w:rsidR="00C77F05">
        <w:rPr>
          <w:b/>
        </w:rPr>
        <w:t xml:space="preserve"> </w:t>
      </w:r>
      <w:r w:rsidRPr="00D33D84">
        <w:rPr>
          <w:b/>
        </w:rPr>
        <w:t>cumulada</w:t>
      </w:r>
      <w:r w:rsidR="00C77F05">
        <w:rPr>
          <w:b/>
        </w:rPr>
        <w:t xml:space="preserve"> </w:t>
      </w:r>
      <w:r w:rsidRPr="00D33D84">
        <w:rPr>
          <w:b/>
        </w:rPr>
        <w:t>com</w:t>
      </w:r>
      <w:r w:rsidR="00C77F05">
        <w:rPr>
          <w:b/>
        </w:rPr>
        <w:t xml:space="preserve"> </w:t>
      </w:r>
      <w:r w:rsidRPr="00D33D84">
        <w:rPr>
          <w:b/>
        </w:rPr>
        <w:t>requisito</w:t>
      </w:r>
      <w:r w:rsidR="00C77F05">
        <w:rPr>
          <w:b/>
        </w:rPr>
        <w:t xml:space="preserve"> </w:t>
      </w:r>
      <w:r w:rsidRPr="00D33D84">
        <w:rPr>
          <w:b/>
        </w:rPr>
        <w:t>econômico-financeiro</w:t>
      </w:r>
      <w:r w:rsidR="00C77F05">
        <w:rPr>
          <w:b/>
        </w:rPr>
        <w:t xml:space="preserve"> </w:t>
      </w:r>
      <w:r w:rsidRPr="00D33D84">
        <w:rPr>
          <w:b/>
        </w:rPr>
        <w:t>desproporcional</w:t>
      </w:r>
    </w:p>
    <w:p w14:paraId="2D4FF79C" w14:textId="4908701A" w:rsidR="00164B4B" w:rsidRPr="00D33D84" w:rsidRDefault="007E53F0">
      <w:pPr>
        <w:spacing w:after="120"/>
        <w:ind w:firstLine="709"/>
        <w:jc w:val="both"/>
      </w:pPr>
      <w:r w:rsidRPr="00D33D84">
        <w:t>O</w:t>
      </w:r>
      <w:r w:rsidR="00C77F05">
        <w:t xml:space="preserve"> </w:t>
      </w:r>
      <w:r w:rsidRPr="00D33D84">
        <w:t>edital,</w:t>
      </w:r>
      <w:r w:rsidR="00C77F05">
        <w:t xml:space="preserve"> </w:t>
      </w:r>
      <w:r w:rsidRPr="00D33D84">
        <w:t>nos</w:t>
      </w:r>
      <w:r w:rsidR="00C77F05">
        <w:t xml:space="preserve"> </w:t>
      </w:r>
      <w:r w:rsidRPr="00D33D84">
        <w:t>itens</w:t>
      </w:r>
      <w:r w:rsidR="00C77F05">
        <w:t xml:space="preserve"> </w:t>
      </w:r>
      <w:r w:rsidRPr="00D33D84">
        <w:t>&lt;&lt;X.X.XX&gt;&gt;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&lt;&lt;X.X.XX&gt;&gt;,</w:t>
      </w:r>
      <w:r w:rsidR="00C77F05">
        <w:t xml:space="preserve"> </w:t>
      </w:r>
      <w:r w:rsidRPr="00D33D84">
        <w:t>exigiu</w:t>
      </w:r>
      <w:r w:rsidR="00C77F05">
        <w:t xml:space="preserve"> </w:t>
      </w:r>
      <w:r w:rsidRPr="00D33D84">
        <w:t>garantia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proposta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percentual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&lt;&lt;...%&gt;&gt;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valor</w:t>
      </w:r>
      <w:r w:rsidR="00C77F05">
        <w:t xml:space="preserve"> </w:t>
      </w:r>
      <w:r w:rsidRPr="00D33D84">
        <w:t>estimado,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apresentada</w:t>
      </w:r>
      <w:r w:rsidR="00C77F05">
        <w:t xml:space="preserve"> </w:t>
      </w:r>
      <w:r w:rsidRPr="00D33D84">
        <w:t>até</w:t>
      </w:r>
      <w:r w:rsidR="00C77F05">
        <w:t xml:space="preserve"> </w:t>
      </w:r>
      <w:r w:rsidRPr="00D33D84">
        <w:t>&lt;&lt;cinco</w:t>
      </w:r>
      <w:r w:rsidR="00C77F05">
        <w:t xml:space="preserve"> </w:t>
      </w:r>
      <w:r w:rsidRPr="00D33D84">
        <w:t>dias</w:t>
      </w:r>
      <w:r w:rsidR="00C77F05">
        <w:t xml:space="preserve"> </w:t>
      </w:r>
      <w:r w:rsidRPr="00D33D84">
        <w:t>antes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sessão&gt;&gt;,</w:t>
      </w:r>
      <w:r w:rsidR="00C77F05">
        <w:t xml:space="preserve"> </w:t>
      </w:r>
      <w:r w:rsidRPr="00D33D84">
        <w:t>exclusivamente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modalidade</w:t>
      </w:r>
      <w:r w:rsidR="00C77F05">
        <w:t xml:space="preserve"> </w:t>
      </w:r>
      <w:r w:rsidRPr="00D33D84">
        <w:t>&lt;&lt;dinheiro/caução&gt;&gt;,</w:t>
      </w:r>
      <w:r w:rsidR="00C77F05">
        <w:t xml:space="preserve"> </w:t>
      </w:r>
      <w:r w:rsidRPr="00D33D84">
        <w:t>além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exigir</w:t>
      </w:r>
      <w:r w:rsidR="00C77F05">
        <w:t xml:space="preserve"> </w:t>
      </w:r>
      <w:r w:rsidRPr="00D33D84">
        <w:t>capital</w:t>
      </w:r>
      <w:r w:rsidR="00C77F05">
        <w:t xml:space="preserve"> </w:t>
      </w:r>
      <w:r w:rsidRPr="00D33D84">
        <w:t>social</w:t>
      </w:r>
      <w:r w:rsidR="00C77F05">
        <w:t xml:space="preserve"> </w:t>
      </w:r>
      <w:r w:rsidRPr="00D33D84">
        <w:t>mínimo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&lt;&lt;...%&gt;&gt;</w:t>
      </w:r>
      <w:r w:rsidR="00C77F05">
        <w:t xml:space="preserve"> </w:t>
      </w:r>
      <w:r w:rsidRPr="00D33D84">
        <w:t>calculado</w:t>
      </w:r>
      <w:r w:rsidR="00C77F05">
        <w:t xml:space="preserve"> </w:t>
      </w:r>
      <w:r w:rsidRPr="00D33D84">
        <w:t>sobre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valor</w:t>
      </w:r>
      <w:r w:rsidR="00C77F05">
        <w:t xml:space="preserve"> </w:t>
      </w:r>
      <w:r w:rsidRPr="00D33D84">
        <w:t>global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contratação,</w:t>
      </w:r>
      <w:r w:rsidR="00C77F05">
        <w:t xml:space="preserve"> </w:t>
      </w:r>
      <w:r w:rsidRPr="00D33D84">
        <w:t>mesmo</w:t>
      </w:r>
      <w:r w:rsidR="00C77F05">
        <w:t xml:space="preserve"> </w:t>
      </w:r>
      <w:r w:rsidRPr="00D33D84">
        <w:t>sendo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disputa</w:t>
      </w:r>
      <w:r w:rsidR="00C77F05">
        <w:t xml:space="preserve"> </w:t>
      </w:r>
      <w:r w:rsidRPr="00D33D84">
        <w:t>organizada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itens.</w:t>
      </w:r>
    </w:p>
    <w:p w14:paraId="6FDAED0B" w14:textId="418F7452" w:rsidR="00164B4B" w:rsidRPr="00D33D84" w:rsidRDefault="007E53F0">
      <w:pPr>
        <w:spacing w:after="120"/>
        <w:ind w:firstLine="709"/>
        <w:jc w:val="both"/>
      </w:pPr>
      <w:r w:rsidRPr="00D33D84">
        <w:t>A</w:t>
      </w:r>
      <w:r w:rsidR="00C77F05">
        <w:t xml:space="preserve"> </w:t>
      </w:r>
      <w:r w:rsidRPr="00D33D84">
        <w:t>garantia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proposta,</w:t>
      </w:r>
      <w:r w:rsidR="00C77F05">
        <w:t xml:space="preserve"> </w:t>
      </w:r>
      <w:r w:rsidRPr="00D33D84">
        <w:t>quando</w:t>
      </w:r>
      <w:r w:rsidR="00C77F05">
        <w:t xml:space="preserve"> </w:t>
      </w:r>
      <w:r w:rsidRPr="00D33D84">
        <w:t>prevista,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observar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art.</w:t>
      </w:r>
      <w:r w:rsidR="00C77F05">
        <w:t xml:space="preserve"> </w:t>
      </w:r>
      <w:r w:rsidRPr="00D33D84">
        <w:t>58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Lei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14.133/2021,</w:t>
      </w:r>
      <w:r w:rsidR="00C77F05">
        <w:t xml:space="preserve"> </w:t>
      </w:r>
      <w:r w:rsidRPr="00D33D84">
        <w:t>inclusive</w:t>
      </w:r>
      <w:r w:rsidR="00C77F05">
        <w:t xml:space="preserve"> </w:t>
      </w:r>
      <w:r w:rsidRPr="00D33D84">
        <w:t>quanto</w:t>
      </w:r>
      <w:r w:rsidR="00C77F05">
        <w:t xml:space="preserve"> </w:t>
      </w:r>
      <w:r w:rsidRPr="00D33D84">
        <w:t>ao</w:t>
      </w:r>
      <w:r w:rsidR="00C77F05">
        <w:t xml:space="preserve"> </w:t>
      </w:r>
      <w:r w:rsidRPr="00D33D84">
        <w:t>limite</w:t>
      </w:r>
      <w:r w:rsidR="00C77F05">
        <w:t xml:space="preserve"> </w:t>
      </w:r>
      <w:r w:rsidRPr="00D33D84">
        <w:t>legal,</w:t>
      </w:r>
      <w:r w:rsidR="00C77F05">
        <w:t xml:space="preserve"> </w:t>
      </w:r>
      <w:r w:rsidRPr="00D33D84">
        <w:t>ao</w:t>
      </w:r>
      <w:r w:rsidR="00C77F05">
        <w:t xml:space="preserve"> </w:t>
      </w:r>
      <w:r w:rsidRPr="00D33D84">
        <w:t>momento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apresentação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à</w:t>
      </w:r>
      <w:r w:rsidR="00C77F05">
        <w:t xml:space="preserve"> </w:t>
      </w:r>
      <w:r w:rsidRPr="00D33D84">
        <w:t>sua</w:t>
      </w:r>
      <w:r w:rsidR="00C77F05">
        <w:t xml:space="preserve"> </w:t>
      </w:r>
      <w:r w:rsidRPr="00D33D84">
        <w:t>finalidade.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exigência</w:t>
      </w:r>
      <w:r w:rsidR="00C77F05">
        <w:t xml:space="preserve"> </w:t>
      </w:r>
      <w:r w:rsidRPr="00D33D84">
        <w:t>antecipada</w:t>
      </w:r>
      <w:r w:rsidR="00C77F05">
        <w:t xml:space="preserve"> </w:t>
      </w:r>
      <w:r w:rsidRPr="00D33D84">
        <w:t>permite</w:t>
      </w:r>
      <w:r w:rsidR="00C77F05">
        <w:t xml:space="preserve"> </w:t>
      </w:r>
      <w:r w:rsidRPr="00D33D84">
        <w:t>identificar</w:t>
      </w:r>
      <w:r w:rsidR="00C77F05">
        <w:t xml:space="preserve"> </w:t>
      </w:r>
      <w:r w:rsidRPr="00D33D84">
        <w:t>previamente</w:t>
      </w:r>
      <w:r w:rsidR="00C77F05">
        <w:t xml:space="preserve"> </w:t>
      </w:r>
      <w:r w:rsidRPr="00D33D84">
        <w:t>interessados,</w:t>
      </w:r>
      <w:r w:rsidR="00C77F05">
        <w:t xml:space="preserve"> </w:t>
      </w:r>
      <w:r w:rsidRPr="00D33D84">
        <w:t>facilitando</w:t>
      </w:r>
      <w:r w:rsidR="00C77F05">
        <w:t xml:space="preserve"> </w:t>
      </w:r>
      <w:r w:rsidRPr="00D33D84">
        <w:t>controle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participantes,</w:t>
      </w:r>
      <w:r w:rsidR="00C77F05">
        <w:t xml:space="preserve"> </w:t>
      </w:r>
      <w:r w:rsidRPr="00D33D84">
        <w:t>formação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conluio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pressão</w:t>
      </w:r>
      <w:r w:rsidR="00C77F05">
        <w:t xml:space="preserve"> </w:t>
      </w:r>
      <w:r w:rsidRPr="00D33D84">
        <w:t>sobre</w:t>
      </w:r>
      <w:r w:rsidR="00C77F05">
        <w:t xml:space="preserve"> </w:t>
      </w:r>
      <w:r w:rsidRPr="00D33D84">
        <w:t>potenciais</w:t>
      </w:r>
      <w:r w:rsidR="00C77F05">
        <w:t xml:space="preserve"> </w:t>
      </w:r>
      <w:r w:rsidRPr="00D33D84">
        <w:t>concorrentes.</w:t>
      </w:r>
      <w:r w:rsidR="00C77F05">
        <w:t xml:space="preserve"> </w:t>
      </w:r>
      <w:r w:rsidRPr="00D33D84">
        <w:t>Também</w:t>
      </w:r>
      <w:r w:rsidR="00C77F05">
        <w:t xml:space="preserve"> </w:t>
      </w:r>
      <w:r w:rsidRPr="00D33D84">
        <w:t>é</w:t>
      </w:r>
      <w:r w:rsidR="00C77F05">
        <w:t xml:space="preserve"> </w:t>
      </w:r>
      <w:r w:rsidRPr="00D33D84">
        <w:t>irregular</w:t>
      </w:r>
      <w:r w:rsidR="00C77F05">
        <w:t xml:space="preserve"> </w:t>
      </w:r>
      <w:r w:rsidRPr="00D33D84">
        <w:t>restringir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modalidade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garantia</w:t>
      </w:r>
      <w:r w:rsidR="00C77F05">
        <w:t xml:space="preserve"> </w:t>
      </w:r>
      <w:r w:rsidRPr="00D33D84">
        <w:t>quando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legislação</w:t>
      </w:r>
      <w:r w:rsidR="00C77F05">
        <w:t xml:space="preserve"> </w:t>
      </w:r>
      <w:r w:rsidRPr="00D33D84">
        <w:t>admite</w:t>
      </w:r>
      <w:r w:rsidR="00C77F05">
        <w:t xml:space="preserve"> </w:t>
      </w:r>
      <w:proofErr w:type="gramStart"/>
      <w:r w:rsidRPr="00D33D84">
        <w:t>alternativas</w:t>
      </w:r>
      <w:proofErr w:type="gramEnd"/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escolha</w:t>
      </w:r>
      <w:r w:rsidR="00C77F05">
        <w:t xml:space="preserve"> </w:t>
      </w:r>
      <w:r w:rsidRPr="00D33D84">
        <w:t>cabe</w:t>
      </w:r>
      <w:r w:rsidR="00C77F05">
        <w:t xml:space="preserve"> </w:t>
      </w:r>
      <w:r w:rsidRPr="00D33D84">
        <w:t>ao</w:t>
      </w:r>
      <w:r w:rsidR="00C77F05">
        <w:t xml:space="preserve"> </w:t>
      </w:r>
      <w:r w:rsidRPr="00D33D84">
        <w:t>particular,</w:t>
      </w:r>
      <w:r w:rsidR="00C77F05">
        <w:t xml:space="preserve"> </w:t>
      </w:r>
      <w:r w:rsidRPr="00D33D84">
        <w:t>nos</w:t>
      </w:r>
      <w:r w:rsidR="00C77F05">
        <w:t xml:space="preserve"> </w:t>
      </w:r>
      <w:r w:rsidRPr="00D33D84">
        <w:t>limites</w:t>
      </w:r>
      <w:r w:rsidR="00C77F05">
        <w:t xml:space="preserve"> </w:t>
      </w:r>
      <w:r w:rsidRPr="00D33D84">
        <w:t>legais.</w:t>
      </w:r>
    </w:p>
    <w:p w14:paraId="3CC4A2E0" w14:textId="2719C61E" w:rsidR="00164B4B" w:rsidRPr="00D33D84" w:rsidRDefault="007E53F0">
      <w:pPr>
        <w:spacing w:after="120"/>
        <w:ind w:firstLine="709"/>
        <w:jc w:val="both"/>
      </w:pPr>
      <w:r w:rsidRPr="00D33D84">
        <w:t>Além</w:t>
      </w:r>
      <w:r w:rsidR="00C77F05">
        <w:t xml:space="preserve"> </w:t>
      </w:r>
      <w:r w:rsidRPr="00D33D84">
        <w:t>disso,</w:t>
      </w:r>
      <w:r w:rsidR="00C77F05">
        <w:t xml:space="preserve"> </w:t>
      </w:r>
      <w:r w:rsidRPr="00D33D84">
        <w:t>requisitos</w:t>
      </w:r>
      <w:r w:rsidR="00C77F05">
        <w:t xml:space="preserve"> </w:t>
      </w:r>
      <w:r w:rsidRPr="00D33D84">
        <w:t>econômico-financeiros</w:t>
      </w:r>
      <w:r w:rsidR="00C77F05">
        <w:t xml:space="preserve"> </w:t>
      </w:r>
      <w:r w:rsidRPr="00D33D84">
        <w:t>devem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proporcionais</w:t>
      </w:r>
      <w:r w:rsidR="00C77F05">
        <w:t xml:space="preserve"> </w:t>
      </w:r>
      <w:r w:rsidRPr="00D33D84">
        <w:t>ao</w:t>
      </w:r>
      <w:r w:rsidR="00C77F05">
        <w:t xml:space="preserve"> </w:t>
      </w:r>
      <w:r w:rsidRPr="00D33D84">
        <w:t>risco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contratação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motivados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fase</w:t>
      </w:r>
      <w:r w:rsidR="00C77F05">
        <w:t xml:space="preserve"> </w:t>
      </w:r>
      <w:r w:rsidRPr="00D33D84">
        <w:t>preparatória.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licitação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itens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grupos,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se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exigir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todos</w:t>
      </w:r>
      <w:r w:rsidR="00C77F05">
        <w:t xml:space="preserve"> </w:t>
      </w:r>
      <w:r w:rsidRPr="00D33D84">
        <w:t>os</w:t>
      </w:r>
      <w:r w:rsidR="00C77F05">
        <w:t xml:space="preserve"> </w:t>
      </w:r>
      <w:r w:rsidRPr="00D33D84">
        <w:t>interessados</w:t>
      </w:r>
      <w:r w:rsidR="00C77F05">
        <w:t xml:space="preserve"> </w:t>
      </w:r>
      <w:proofErr w:type="gramStart"/>
      <w:r w:rsidRPr="00D33D84">
        <w:t>demonstrem</w:t>
      </w:r>
      <w:proofErr w:type="gramEnd"/>
      <w:r w:rsidR="00C77F05">
        <w:t xml:space="preserve"> </w:t>
      </w:r>
      <w:r w:rsidRPr="00D33D84">
        <w:t>capacidade</w:t>
      </w:r>
      <w:r w:rsidR="00C77F05">
        <w:t xml:space="preserve"> </w:t>
      </w:r>
      <w:r w:rsidRPr="00D33D84">
        <w:t>financeira</w:t>
      </w:r>
      <w:r w:rsidR="00C77F05">
        <w:t xml:space="preserve"> </w:t>
      </w:r>
      <w:r w:rsidRPr="00D33D84">
        <w:t>sobre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valor</w:t>
      </w:r>
      <w:r w:rsidR="00C77F05">
        <w:t xml:space="preserve"> </w:t>
      </w:r>
      <w:r w:rsidRPr="00D33D84">
        <w:t>global</w:t>
      </w:r>
      <w:r w:rsidR="00C77F05">
        <w:t xml:space="preserve"> </w:t>
      </w:r>
      <w:r w:rsidRPr="00D33D84">
        <w:t>quando</w:t>
      </w:r>
      <w:r w:rsidR="00C77F05">
        <w:t xml:space="preserve"> </w:t>
      </w:r>
      <w:r w:rsidRPr="00D33D84">
        <w:t>concorrem</w:t>
      </w:r>
      <w:r w:rsidR="00C77F05">
        <w:t xml:space="preserve"> </w:t>
      </w:r>
      <w:r w:rsidRPr="00D33D84">
        <w:t>apenas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parcelas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objeto.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cumulação</w:t>
      </w:r>
      <w:r w:rsidR="00C77F05">
        <w:t xml:space="preserve"> </w:t>
      </w:r>
      <w:r w:rsidRPr="00D33D84">
        <w:t>acrítica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garantia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proposta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capital</w:t>
      </w:r>
      <w:r w:rsidR="00C77F05">
        <w:t xml:space="preserve"> </w:t>
      </w:r>
      <w:r w:rsidRPr="00D33D84">
        <w:t>social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patrimônio</w:t>
      </w:r>
      <w:r w:rsidR="00C77F05">
        <w:t xml:space="preserve"> </w:t>
      </w:r>
      <w:r w:rsidRPr="00D33D84">
        <w:t>líquido</w:t>
      </w:r>
      <w:r w:rsidR="00C77F05">
        <w:t xml:space="preserve"> </w:t>
      </w:r>
      <w:r w:rsidRPr="00D33D84">
        <w:t>mínimo,</w:t>
      </w:r>
      <w:r w:rsidR="00C77F05">
        <w:t xml:space="preserve"> </w:t>
      </w:r>
      <w:r w:rsidRPr="00D33D84">
        <w:t>sem</w:t>
      </w:r>
      <w:r w:rsidR="00C77F05">
        <w:t xml:space="preserve"> </w:t>
      </w:r>
      <w:r w:rsidRPr="00D33D84">
        <w:t>motivação</w:t>
      </w:r>
      <w:r w:rsidR="00C77F05">
        <w:t xml:space="preserve"> </w:t>
      </w:r>
      <w:r w:rsidRPr="00D33D84">
        <w:t>específica,</w:t>
      </w:r>
      <w:r w:rsidR="00C77F05">
        <w:t xml:space="preserve"> </w:t>
      </w:r>
      <w:r w:rsidRPr="00D33D84">
        <w:t>pode</w:t>
      </w:r>
      <w:r w:rsidR="00C77F05">
        <w:t xml:space="preserve"> </w:t>
      </w:r>
      <w:r w:rsidRPr="00D33D84">
        <w:t>restringir</w:t>
      </w:r>
      <w:r w:rsidR="00C77F05">
        <w:t xml:space="preserve"> </w:t>
      </w:r>
      <w:r w:rsidRPr="00D33D84">
        <w:t>indevidamente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competição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afastar</w:t>
      </w:r>
      <w:r w:rsidR="00C77F05">
        <w:t xml:space="preserve"> </w:t>
      </w:r>
      <w:r w:rsidRPr="00D33D84">
        <w:t>fornecedores</w:t>
      </w:r>
      <w:r w:rsidR="00C77F05">
        <w:t xml:space="preserve"> </w:t>
      </w:r>
      <w:r w:rsidRPr="00D33D84">
        <w:t>aptos,</w:t>
      </w:r>
      <w:r w:rsidR="00C77F05">
        <w:t xml:space="preserve"> </w:t>
      </w:r>
      <w:r w:rsidRPr="00D33D84">
        <w:t>contrariando</w:t>
      </w:r>
      <w:r w:rsidR="00C77F05">
        <w:t xml:space="preserve"> </w:t>
      </w:r>
      <w:r w:rsidRPr="00D33D84">
        <w:t>os</w:t>
      </w:r>
      <w:r w:rsidR="00C77F05">
        <w:t xml:space="preserve"> </w:t>
      </w:r>
      <w:r w:rsidRPr="00D33D84">
        <w:t>princípios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competitividade,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proporcionalidade,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julgamento</w:t>
      </w:r>
      <w:r w:rsidR="00C77F05">
        <w:t xml:space="preserve"> </w:t>
      </w:r>
      <w:r w:rsidRPr="00D33D84">
        <w:t>objetivo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seleção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proposta</w:t>
      </w:r>
      <w:r w:rsidR="00C77F05">
        <w:t xml:space="preserve"> </w:t>
      </w:r>
      <w:r w:rsidRPr="00D33D84">
        <w:t>apta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gerar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resultado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contratação</w:t>
      </w:r>
      <w:r w:rsidR="00C77F05">
        <w:t xml:space="preserve"> </w:t>
      </w:r>
      <w:r w:rsidRPr="00D33D84">
        <w:t>mais</w:t>
      </w:r>
      <w:r w:rsidR="00C77F05">
        <w:t xml:space="preserve"> </w:t>
      </w:r>
      <w:r w:rsidRPr="00D33D84">
        <w:t>vantajoso.</w:t>
      </w:r>
    </w:p>
    <w:p w14:paraId="5EA94A28" w14:textId="58693B59" w:rsidR="00164B4B" w:rsidRPr="00D33D84" w:rsidRDefault="007E53F0">
      <w:pPr>
        <w:spacing w:after="120"/>
        <w:ind w:firstLine="709"/>
        <w:jc w:val="both"/>
      </w:pPr>
      <w:r w:rsidRPr="00D33D84">
        <w:t>No</w:t>
      </w:r>
      <w:r w:rsidR="00C77F05">
        <w:t xml:space="preserve"> </w:t>
      </w:r>
      <w:r w:rsidRPr="00D33D84">
        <w:t>caso</w:t>
      </w:r>
      <w:r w:rsidR="00C77F05">
        <w:t xml:space="preserve"> </w:t>
      </w:r>
      <w:r w:rsidRPr="00D33D84">
        <w:t>concreto,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exigência</w:t>
      </w:r>
      <w:r w:rsidR="00C77F05">
        <w:t xml:space="preserve"> </w:t>
      </w:r>
      <w:r w:rsidRPr="00D33D84">
        <w:t>contribuiu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reduzir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universo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licitantes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analisada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conjunto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os</w:t>
      </w:r>
      <w:r w:rsidR="00C77F05">
        <w:t xml:space="preserve"> </w:t>
      </w:r>
      <w:r w:rsidRPr="00D33D84">
        <w:t>demais</w:t>
      </w:r>
      <w:r w:rsidR="00C77F05">
        <w:t xml:space="preserve"> </w:t>
      </w:r>
      <w:r w:rsidRPr="00D33D84">
        <w:t>elementos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processo,</w:t>
      </w:r>
      <w:r w:rsidR="00C77F05">
        <w:t xml:space="preserve"> </w:t>
      </w:r>
      <w:r w:rsidRPr="00D33D84">
        <w:t>especialmente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participação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lastRenderedPageBreak/>
        <w:t>apenas</w:t>
      </w:r>
      <w:r w:rsidR="00C77F05">
        <w:t xml:space="preserve"> </w:t>
      </w:r>
      <w:r w:rsidRPr="00D33D84">
        <w:t>&lt;&lt;três&gt;&gt;</w:t>
      </w:r>
      <w:r w:rsidR="00C77F05">
        <w:t xml:space="preserve"> </w:t>
      </w:r>
      <w:r w:rsidRPr="00D33D84">
        <w:t>empresas,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inabilitação</w:t>
      </w:r>
      <w:r w:rsidR="00C77F05">
        <w:t xml:space="preserve"> </w:t>
      </w:r>
      <w:r w:rsidRPr="00D33D84">
        <w:t>indevida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licitante</w:t>
      </w:r>
      <w:r w:rsidR="00C77F05">
        <w:t xml:space="preserve"> </w:t>
      </w:r>
      <w:r w:rsidRPr="00D33D84">
        <w:t>&lt;&lt;C&gt;&gt;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similaridade</w:t>
      </w:r>
      <w:r w:rsidR="00C77F05">
        <w:t xml:space="preserve"> </w:t>
      </w:r>
      <w:r w:rsidRPr="00D33D84">
        <w:t>documental</w:t>
      </w:r>
      <w:r w:rsidR="00C77F05">
        <w:t xml:space="preserve"> </w:t>
      </w:r>
      <w:r w:rsidRPr="00D33D84">
        <w:t>entre</w:t>
      </w:r>
      <w:r w:rsidR="00C77F05">
        <w:t xml:space="preserve"> </w:t>
      </w:r>
      <w:r w:rsidRPr="00D33D84">
        <w:t>as</w:t>
      </w:r>
      <w:r w:rsidR="00C77F05">
        <w:t xml:space="preserve"> </w:t>
      </w:r>
      <w:r w:rsidRPr="00D33D84">
        <w:t>empresas</w:t>
      </w:r>
      <w:r w:rsidR="00C77F05">
        <w:t xml:space="preserve"> </w:t>
      </w:r>
      <w:r w:rsidRPr="00D33D84">
        <w:t>&lt;&lt;A&gt;&gt;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&lt;&lt;B&gt;&gt;.</w:t>
      </w:r>
    </w:p>
    <w:p w14:paraId="1F8ED81E" w14:textId="0D787698" w:rsidR="00164B4B" w:rsidRPr="00D33D84" w:rsidRDefault="007E53F0">
      <w:pPr>
        <w:spacing w:before="120" w:after="120"/>
      </w:pPr>
      <w:proofErr w:type="gramStart"/>
      <w:r w:rsidRPr="00D33D84">
        <w:rPr>
          <w:b/>
        </w:rPr>
        <w:t>3.</w:t>
      </w:r>
      <w:proofErr w:type="gramEnd"/>
      <w:r w:rsidRPr="00D33D84">
        <w:rPr>
          <w:b/>
        </w:rPr>
        <w:t>b)</w:t>
      </w:r>
      <w:r w:rsidR="00C77F05">
        <w:rPr>
          <w:b/>
        </w:rPr>
        <w:t xml:space="preserve"> </w:t>
      </w:r>
      <w:r w:rsidRPr="00D33D84">
        <w:rPr>
          <w:b/>
        </w:rPr>
        <w:t>Exigência</w:t>
      </w:r>
      <w:r w:rsidR="00C77F05">
        <w:rPr>
          <w:b/>
        </w:rPr>
        <w:t xml:space="preserve"> </w:t>
      </w:r>
      <w:r w:rsidRPr="00D33D84">
        <w:rPr>
          <w:b/>
        </w:rPr>
        <w:t>indevida</w:t>
      </w:r>
      <w:r w:rsidR="00C77F05">
        <w:rPr>
          <w:b/>
        </w:rPr>
        <w:t xml:space="preserve"> </w:t>
      </w:r>
      <w:r w:rsidRPr="00D33D84">
        <w:rPr>
          <w:b/>
        </w:rPr>
        <w:t>de</w:t>
      </w:r>
      <w:r w:rsidR="00C77F05">
        <w:rPr>
          <w:b/>
        </w:rPr>
        <w:t xml:space="preserve"> </w:t>
      </w:r>
      <w:r w:rsidRPr="00D33D84">
        <w:rPr>
          <w:b/>
        </w:rPr>
        <w:t>profissional</w:t>
      </w:r>
      <w:r w:rsidR="00C77F05">
        <w:rPr>
          <w:b/>
        </w:rPr>
        <w:t xml:space="preserve"> </w:t>
      </w:r>
      <w:r w:rsidRPr="00D33D84">
        <w:rPr>
          <w:b/>
        </w:rPr>
        <w:t>pertencente</w:t>
      </w:r>
      <w:r w:rsidR="00C77F05">
        <w:rPr>
          <w:b/>
        </w:rPr>
        <w:t xml:space="preserve"> </w:t>
      </w:r>
      <w:r w:rsidRPr="00D33D84">
        <w:rPr>
          <w:b/>
        </w:rPr>
        <w:t>ao</w:t>
      </w:r>
      <w:r w:rsidR="00C77F05">
        <w:rPr>
          <w:b/>
        </w:rPr>
        <w:t xml:space="preserve"> </w:t>
      </w:r>
      <w:r w:rsidRPr="00D33D84">
        <w:rPr>
          <w:b/>
        </w:rPr>
        <w:t>quadro</w:t>
      </w:r>
      <w:r w:rsidR="00C77F05">
        <w:rPr>
          <w:b/>
        </w:rPr>
        <w:t xml:space="preserve"> </w:t>
      </w:r>
      <w:r w:rsidRPr="00D33D84">
        <w:rPr>
          <w:b/>
        </w:rPr>
        <w:t>permanente</w:t>
      </w:r>
      <w:r w:rsidR="00C77F05">
        <w:rPr>
          <w:b/>
        </w:rPr>
        <w:t xml:space="preserve"> </w:t>
      </w:r>
      <w:r w:rsidRPr="00D33D84">
        <w:rPr>
          <w:b/>
        </w:rPr>
        <w:t>da</w:t>
      </w:r>
      <w:r w:rsidR="00C77F05">
        <w:rPr>
          <w:b/>
        </w:rPr>
        <w:t xml:space="preserve"> </w:t>
      </w:r>
      <w:r w:rsidRPr="00D33D84">
        <w:rPr>
          <w:b/>
        </w:rPr>
        <w:t>empresa</w:t>
      </w:r>
    </w:p>
    <w:p w14:paraId="4605CCD7" w14:textId="260B5D90" w:rsidR="00164B4B" w:rsidRPr="00D33D84" w:rsidRDefault="007E53F0">
      <w:pPr>
        <w:spacing w:after="120"/>
        <w:ind w:firstLine="709"/>
        <w:jc w:val="both"/>
      </w:pPr>
      <w:r w:rsidRPr="00D33D84">
        <w:t>O</w:t>
      </w:r>
      <w:r w:rsidR="00C77F05">
        <w:t xml:space="preserve"> </w:t>
      </w:r>
      <w:r w:rsidRPr="00D33D84">
        <w:t>item</w:t>
      </w:r>
      <w:r w:rsidR="00C77F05">
        <w:t xml:space="preserve"> </w:t>
      </w:r>
      <w:r w:rsidRPr="00D33D84">
        <w:t>&lt;&lt;</w:t>
      </w:r>
      <w:proofErr w:type="gramStart"/>
      <w:r w:rsidRPr="00D33D84">
        <w:t>X.X.</w:t>
      </w:r>
      <w:proofErr w:type="gramEnd"/>
      <w:r w:rsidRPr="00D33D84">
        <w:t>X&gt;&gt;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edital</w:t>
      </w:r>
      <w:r w:rsidR="00C77F05">
        <w:t xml:space="preserve"> </w:t>
      </w:r>
      <w:r w:rsidRPr="00D33D84">
        <w:t>exigiu,</w:t>
      </w:r>
      <w:r w:rsidR="00C77F05">
        <w:t xml:space="preserve"> </w:t>
      </w:r>
      <w:r w:rsidRPr="00D33D84">
        <w:t>como</w:t>
      </w:r>
      <w:r w:rsidR="00C77F05">
        <w:t xml:space="preserve"> </w:t>
      </w:r>
      <w:r w:rsidRPr="00D33D84">
        <w:t>requisito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qualificação</w:t>
      </w:r>
      <w:r w:rsidR="00C77F05">
        <w:t xml:space="preserve"> </w:t>
      </w:r>
      <w:r w:rsidRPr="00D33D84">
        <w:t>técnica,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comprovação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licitante</w:t>
      </w:r>
      <w:r w:rsidR="00C77F05">
        <w:t xml:space="preserve"> </w:t>
      </w:r>
      <w:r w:rsidRPr="00D33D84">
        <w:t>possuía</w:t>
      </w:r>
      <w:r w:rsidR="00C77F05">
        <w:t xml:space="preserve"> </w:t>
      </w:r>
      <w:r w:rsidRPr="00D33D84">
        <w:t>profissional</w:t>
      </w:r>
      <w:r w:rsidR="00C77F05">
        <w:t xml:space="preserve"> </w:t>
      </w:r>
      <w:r w:rsidRPr="00D33D84">
        <w:t>&lt;&lt;Administrador/Engenheiro/Arquiteto&gt;&gt;,</w:t>
      </w:r>
      <w:r w:rsidR="00C77F05">
        <w:t xml:space="preserve"> </w:t>
      </w:r>
      <w:r w:rsidRPr="00D33D84">
        <w:t>integrante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quadro</w:t>
      </w:r>
      <w:r w:rsidR="00C77F05">
        <w:t xml:space="preserve"> </w:t>
      </w:r>
      <w:r w:rsidRPr="00D33D84">
        <w:t>permanente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empresa</w:t>
      </w:r>
      <w:r w:rsidR="00C77F05">
        <w:t xml:space="preserve"> </w:t>
      </w:r>
      <w:r w:rsidRPr="00D33D84">
        <w:t>há</w:t>
      </w:r>
      <w:r w:rsidR="00C77F05">
        <w:t xml:space="preserve"> </w:t>
      </w:r>
      <w:r w:rsidRPr="00D33D84">
        <w:t>pelo</w:t>
      </w:r>
      <w:r w:rsidR="00C77F05">
        <w:t xml:space="preserve"> </w:t>
      </w:r>
      <w:r w:rsidRPr="00D33D84">
        <w:t>menos</w:t>
      </w:r>
      <w:r w:rsidR="00C77F05">
        <w:t xml:space="preserve"> </w:t>
      </w:r>
      <w:r w:rsidRPr="00D33D84">
        <w:t>&lt;&lt;90</w:t>
      </w:r>
      <w:r w:rsidR="00C77F05">
        <w:t xml:space="preserve"> </w:t>
      </w:r>
      <w:r w:rsidRPr="00D33D84">
        <w:t>dias&gt;&gt;</w:t>
      </w:r>
      <w:r w:rsidR="00C77F05">
        <w:t xml:space="preserve"> </w:t>
      </w:r>
      <w:r w:rsidRPr="00D33D84">
        <w:t>antes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sessão</w:t>
      </w:r>
      <w:r w:rsidR="00C77F05">
        <w:t xml:space="preserve"> </w:t>
      </w:r>
      <w:r w:rsidRPr="00D33D84">
        <w:t>pública,</w:t>
      </w:r>
      <w:r w:rsidR="00C77F05">
        <w:t xml:space="preserve"> </w:t>
      </w:r>
      <w:r w:rsidRPr="00D33D84">
        <w:t>comprovado</w:t>
      </w:r>
      <w:r w:rsidR="00C77F05">
        <w:t xml:space="preserve"> </w:t>
      </w:r>
      <w:r w:rsidRPr="00D33D84">
        <w:t>mediante</w:t>
      </w:r>
      <w:r w:rsidR="00C77F05">
        <w:t xml:space="preserve"> </w:t>
      </w:r>
      <w:r w:rsidRPr="00D33D84">
        <w:t>apresentação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Carteira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Trabalho,</w:t>
      </w:r>
      <w:r w:rsidR="00C77F05">
        <w:t xml:space="preserve"> </w:t>
      </w:r>
      <w:r w:rsidRPr="00D33D84">
        <w:t>ficha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registro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empregado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comprovantes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recolhimento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FGTS.</w:t>
      </w:r>
    </w:p>
    <w:p w14:paraId="67903B0E" w14:textId="2ACA8AE4" w:rsidR="00164B4B" w:rsidRPr="00D33D84" w:rsidRDefault="007E53F0">
      <w:pPr>
        <w:spacing w:after="120"/>
        <w:ind w:firstLine="709"/>
        <w:jc w:val="both"/>
      </w:pPr>
      <w:r w:rsidRPr="00D33D84">
        <w:t>A</w:t>
      </w:r>
      <w:r w:rsidR="00C77F05">
        <w:t xml:space="preserve"> </w:t>
      </w:r>
      <w:r w:rsidRPr="00D33D84">
        <w:t>exigência</w:t>
      </w:r>
      <w:r w:rsidR="00C77F05">
        <w:t xml:space="preserve"> </w:t>
      </w:r>
      <w:r w:rsidRPr="00D33D84">
        <w:t>apresenta</w:t>
      </w:r>
      <w:r w:rsidR="00C77F05">
        <w:t xml:space="preserve"> </w:t>
      </w:r>
      <w:r w:rsidRPr="00D33D84">
        <w:t>duas</w:t>
      </w:r>
      <w:r w:rsidR="00C77F05">
        <w:t xml:space="preserve"> </w:t>
      </w:r>
      <w:r w:rsidRPr="00D33D84">
        <w:t>fragilidades.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primeira</w:t>
      </w:r>
      <w:r w:rsidR="00C77F05">
        <w:t xml:space="preserve"> </w:t>
      </w:r>
      <w:r w:rsidRPr="00D33D84">
        <w:t>é</w:t>
      </w:r>
      <w:r w:rsidR="00C77F05">
        <w:t xml:space="preserve"> </w:t>
      </w:r>
      <w:r w:rsidRPr="00D33D84">
        <w:t>restringir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forma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vínculo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profissional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licitante.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jurisprudência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TCU,</w:t>
      </w:r>
      <w:r w:rsidR="00C77F05">
        <w:t xml:space="preserve"> </w:t>
      </w:r>
      <w:r w:rsidRPr="00D33D84">
        <w:t>incorporada</w:t>
      </w:r>
      <w:r w:rsidR="00C77F05">
        <w:t xml:space="preserve"> </w:t>
      </w:r>
      <w:r w:rsidRPr="00D33D84">
        <w:t>pela</w:t>
      </w:r>
      <w:r w:rsidR="00C77F05">
        <w:t xml:space="preserve"> </w:t>
      </w:r>
      <w:r w:rsidRPr="00D33D84">
        <w:t>lógica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Lei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14.133/2021,</w:t>
      </w:r>
      <w:r w:rsidR="00C77F05">
        <w:t xml:space="preserve"> </w:t>
      </w:r>
      <w:r w:rsidRPr="00D33D84">
        <w:t>repudia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exigência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vínculo</w:t>
      </w:r>
      <w:r w:rsidR="00C77F05">
        <w:t xml:space="preserve"> </w:t>
      </w:r>
      <w:r w:rsidRPr="00D33D84">
        <w:t>empregatício</w:t>
      </w:r>
      <w:r w:rsidR="00C77F05">
        <w:t xml:space="preserve"> </w:t>
      </w:r>
      <w:r w:rsidRPr="00D33D84">
        <w:t>específico,</w:t>
      </w:r>
      <w:r w:rsidR="00C77F05">
        <w:t xml:space="preserve"> </w:t>
      </w:r>
      <w:r w:rsidRPr="00D33D84">
        <w:t>devendo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admitidos</w:t>
      </w:r>
      <w:r w:rsidR="00C77F05">
        <w:t xml:space="preserve"> </w:t>
      </w:r>
      <w:r w:rsidRPr="00D33D84">
        <w:t>contrato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prestação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serviços,</w:t>
      </w:r>
      <w:r w:rsidR="00C77F05">
        <w:t xml:space="preserve"> </w:t>
      </w:r>
      <w:r w:rsidRPr="00D33D84">
        <w:t>declaração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contratação</w:t>
      </w:r>
      <w:r w:rsidR="00C77F05">
        <w:t xml:space="preserve"> </w:t>
      </w:r>
      <w:r w:rsidRPr="00D33D84">
        <w:t>futura</w:t>
      </w:r>
      <w:r w:rsidR="00C77F05">
        <w:t xml:space="preserve"> </w:t>
      </w:r>
      <w:r w:rsidRPr="00D33D84">
        <w:t>acompanhada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anuência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outro</w:t>
      </w:r>
      <w:r w:rsidR="00C77F05">
        <w:t xml:space="preserve"> </w:t>
      </w:r>
      <w:r w:rsidRPr="00D33D84">
        <w:t>meio</w:t>
      </w:r>
      <w:r w:rsidR="00C77F05">
        <w:t xml:space="preserve"> </w:t>
      </w:r>
      <w:r w:rsidRPr="00D33D84">
        <w:t>idôneo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comprovação.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segunda</w:t>
      </w:r>
      <w:r w:rsidR="00C77F05">
        <w:t xml:space="preserve"> </w:t>
      </w:r>
      <w:r w:rsidRPr="00D33D84">
        <w:t>é</w:t>
      </w:r>
      <w:r w:rsidR="00C77F05">
        <w:t xml:space="preserve"> </w:t>
      </w:r>
      <w:r w:rsidRPr="00D33D84">
        <w:t>exigir</w:t>
      </w:r>
      <w:r w:rsidR="00C77F05">
        <w:t xml:space="preserve"> </w:t>
      </w:r>
      <w:r w:rsidRPr="00D33D84">
        <w:t>tempo</w:t>
      </w:r>
      <w:r w:rsidR="00C77F05">
        <w:t xml:space="preserve"> </w:t>
      </w:r>
      <w:r w:rsidRPr="00D33D84">
        <w:t>mínimo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vínculo</w:t>
      </w:r>
      <w:r w:rsidR="00C77F05">
        <w:t xml:space="preserve"> </w:t>
      </w:r>
      <w:r w:rsidRPr="00D33D84">
        <w:t>anterior</w:t>
      </w:r>
      <w:r w:rsidR="00C77F05">
        <w:t xml:space="preserve"> </w:t>
      </w:r>
      <w:r w:rsidRPr="00D33D84">
        <w:t>ao</w:t>
      </w:r>
      <w:r w:rsidR="00C77F05">
        <w:t xml:space="preserve"> </w:t>
      </w:r>
      <w:r w:rsidRPr="00D33D84">
        <w:t>certame,</w:t>
      </w:r>
      <w:r w:rsidR="00C77F05">
        <w:t xml:space="preserve"> </w:t>
      </w:r>
      <w:r w:rsidRPr="00D33D84">
        <w:t>condição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guarda</w:t>
      </w:r>
      <w:r w:rsidR="00C77F05">
        <w:t xml:space="preserve"> </w:t>
      </w:r>
      <w:r w:rsidRPr="00D33D84">
        <w:t>relação</w:t>
      </w:r>
      <w:r w:rsidR="00C77F05">
        <w:t xml:space="preserve"> </w:t>
      </w:r>
      <w:r w:rsidRPr="00D33D84">
        <w:t>necessária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capacidade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executar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objeto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pode</w:t>
      </w:r>
      <w:r w:rsidR="00C77F05">
        <w:t xml:space="preserve"> </w:t>
      </w:r>
      <w:r w:rsidRPr="00D33D84">
        <w:t>restringir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competitividade.</w:t>
      </w:r>
    </w:p>
    <w:p w14:paraId="233677F5" w14:textId="65C70543" w:rsidR="00164B4B" w:rsidRPr="00D33D84" w:rsidRDefault="007E53F0">
      <w:pPr>
        <w:spacing w:after="120"/>
        <w:ind w:firstLine="709"/>
        <w:jc w:val="both"/>
      </w:pPr>
      <w:r w:rsidRPr="00D33D84">
        <w:t>Há</w:t>
      </w:r>
      <w:r w:rsidR="00C77F05">
        <w:t xml:space="preserve"> </w:t>
      </w:r>
      <w:r w:rsidRPr="00D33D84">
        <w:t>ainda</w:t>
      </w:r>
      <w:r w:rsidR="00C77F05">
        <w:t xml:space="preserve"> </w:t>
      </w:r>
      <w:r w:rsidRPr="00D33D84">
        <w:t>problema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pertinência.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fornecimento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bens</w:t>
      </w:r>
      <w:r w:rsidR="00C77F05">
        <w:t xml:space="preserve"> </w:t>
      </w:r>
      <w:r w:rsidRPr="00D33D84">
        <w:t>comuns,</w:t>
      </w:r>
      <w:r w:rsidR="00C77F05">
        <w:t xml:space="preserve"> </w:t>
      </w:r>
      <w:r w:rsidRPr="00D33D84">
        <w:t>como</w:t>
      </w:r>
      <w:r w:rsidR="00C77F05">
        <w:t xml:space="preserve"> </w:t>
      </w:r>
      <w:r w:rsidRPr="00D33D84">
        <w:t>mobiliário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escritório,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aptidão</w:t>
      </w:r>
      <w:r w:rsidR="00C77F05">
        <w:t xml:space="preserve"> </w:t>
      </w:r>
      <w:r w:rsidRPr="00D33D84">
        <w:t>técnica</w:t>
      </w:r>
      <w:r w:rsidR="00C77F05">
        <w:t xml:space="preserve"> </w:t>
      </w:r>
      <w:r w:rsidRPr="00D33D84">
        <w:t>normalmente</w:t>
      </w:r>
      <w:r w:rsidR="00C77F05">
        <w:t xml:space="preserve"> </w:t>
      </w:r>
      <w:r w:rsidRPr="00D33D84">
        <w:t>se</w:t>
      </w:r>
      <w:r w:rsidR="00C77F05">
        <w:t xml:space="preserve"> </w:t>
      </w:r>
      <w:r w:rsidRPr="00D33D84">
        <w:t>demonstra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atestados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fornecimento</w:t>
      </w:r>
      <w:r w:rsidR="00C77F05">
        <w:t xml:space="preserve"> </w:t>
      </w:r>
      <w:r w:rsidRPr="00D33D84">
        <w:t>compatíveis,</w:t>
      </w:r>
      <w:r w:rsidR="00C77F05">
        <w:t xml:space="preserve"> </w:t>
      </w:r>
      <w:r w:rsidRPr="00D33D84">
        <w:t>quando</w:t>
      </w:r>
      <w:r w:rsidR="00C77F05">
        <w:t xml:space="preserve"> </w:t>
      </w:r>
      <w:r w:rsidRPr="00D33D84">
        <w:t>necessários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proporcionais,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exigência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profissional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formação</w:t>
      </w:r>
      <w:r w:rsidR="00C77F05">
        <w:t xml:space="preserve"> </w:t>
      </w:r>
      <w:r w:rsidRPr="00D33D84">
        <w:t>específica</w:t>
      </w:r>
      <w:r w:rsidR="00C77F05">
        <w:t xml:space="preserve"> </w:t>
      </w:r>
      <w:r w:rsidRPr="00D33D84">
        <w:t>sem</w:t>
      </w:r>
      <w:r w:rsidR="00C77F05">
        <w:t xml:space="preserve"> </w:t>
      </w:r>
      <w:r w:rsidRPr="00D33D84">
        <w:t>relação</w:t>
      </w:r>
      <w:r w:rsidR="00C77F05">
        <w:t xml:space="preserve"> </w:t>
      </w:r>
      <w:r w:rsidRPr="00D33D84">
        <w:t>demonstrada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risco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execução.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qualificação</w:t>
      </w:r>
      <w:r w:rsidR="00C77F05">
        <w:t xml:space="preserve"> </w:t>
      </w:r>
      <w:r w:rsidRPr="00D33D84">
        <w:t>técnico-profissional</w:t>
      </w:r>
      <w:r w:rsidR="00C77F05">
        <w:t xml:space="preserve"> </w:t>
      </w:r>
      <w:r w:rsidRPr="00D33D84">
        <w:t>é</w:t>
      </w:r>
      <w:r w:rsidR="00C77F05">
        <w:t xml:space="preserve"> </w:t>
      </w:r>
      <w:r w:rsidRPr="00D33D84">
        <w:t>cabível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obras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serviços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experiência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profissional</w:t>
      </w:r>
      <w:r w:rsidR="00C77F05">
        <w:t xml:space="preserve"> </w:t>
      </w:r>
      <w:r w:rsidRPr="00D33D84">
        <w:t>seja</w:t>
      </w:r>
      <w:r w:rsidR="00C77F05">
        <w:t xml:space="preserve"> </w:t>
      </w:r>
      <w:r w:rsidRPr="00D33D84">
        <w:t>parcela</w:t>
      </w:r>
      <w:r w:rsidR="00C77F05">
        <w:t xml:space="preserve"> </w:t>
      </w:r>
      <w:r w:rsidRPr="00D33D84">
        <w:t>relevante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tecnicamente</w:t>
      </w:r>
      <w:r w:rsidR="00C77F05">
        <w:t xml:space="preserve"> </w:t>
      </w:r>
      <w:r w:rsidRPr="00D33D84">
        <w:t>justificada;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usada</w:t>
      </w:r>
      <w:r w:rsidR="00C77F05">
        <w:t xml:space="preserve"> </w:t>
      </w:r>
      <w:r w:rsidRPr="00D33D84">
        <w:t>como</w:t>
      </w:r>
      <w:r w:rsidR="00C77F05">
        <w:t xml:space="preserve"> </w:t>
      </w:r>
      <w:r w:rsidRPr="00D33D84">
        <w:t>obstáculo</w:t>
      </w:r>
      <w:r w:rsidR="00C77F05">
        <w:t xml:space="preserve"> </w:t>
      </w:r>
      <w:r w:rsidRPr="00D33D84">
        <w:t>artificial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compras</w:t>
      </w:r>
      <w:r w:rsidR="00C77F05">
        <w:t xml:space="preserve"> </w:t>
      </w:r>
      <w:r w:rsidRPr="00D33D84">
        <w:t>comuns.</w:t>
      </w:r>
    </w:p>
    <w:p w14:paraId="7BA4ACBF" w14:textId="4A97C66E" w:rsidR="00164B4B" w:rsidRPr="00D33D84" w:rsidRDefault="007E53F0">
      <w:pPr>
        <w:spacing w:before="120" w:after="120"/>
      </w:pPr>
      <w:proofErr w:type="gramStart"/>
      <w:r w:rsidRPr="00D33D84">
        <w:rPr>
          <w:b/>
        </w:rPr>
        <w:t>3.</w:t>
      </w:r>
      <w:proofErr w:type="gramEnd"/>
      <w:r w:rsidRPr="00D33D84">
        <w:rPr>
          <w:b/>
        </w:rPr>
        <w:t>c)</w:t>
      </w:r>
      <w:r w:rsidR="00C77F05">
        <w:rPr>
          <w:b/>
        </w:rPr>
        <w:t xml:space="preserve"> </w:t>
      </w:r>
      <w:r w:rsidRPr="00D33D84">
        <w:rPr>
          <w:b/>
        </w:rPr>
        <w:t>Visita</w:t>
      </w:r>
      <w:r w:rsidR="00C77F05">
        <w:rPr>
          <w:b/>
        </w:rPr>
        <w:t xml:space="preserve"> </w:t>
      </w:r>
      <w:r w:rsidRPr="00D33D84">
        <w:rPr>
          <w:b/>
        </w:rPr>
        <w:t>técnica</w:t>
      </w:r>
      <w:r w:rsidR="00C77F05">
        <w:rPr>
          <w:b/>
        </w:rPr>
        <w:t xml:space="preserve"> </w:t>
      </w:r>
      <w:r w:rsidRPr="00D33D84">
        <w:rPr>
          <w:b/>
        </w:rPr>
        <w:t>obrigatória</w:t>
      </w:r>
      <w:r w:rsidR="00C77F05">
        <w:rPr>
          <w:b/>
        </w:rPr>
        <w:t xml:space="preserve"> </w:t>
      </w:r>
      <w:r w:rsidRPr="00D33D84">
        <w:rPr>
          <w:b/>
        </w:rPr>
        <w:t>impertinente</w:t>
      </w:r>
      <w:r w:rsidR="00C77F05">
        <w:rPr>
          <w:b/>
        </w:rPr>
        <w:t xml:space="preserve"> </w:t>
      </w:r>
      <w:r w:rsidRPr="00D33D84">
        <w:rPr>
          <w:b/>
        </w:rPr>
        <w:t>e</w:t>
      </w:r>
      <w:r w:rsidR="00C77F05">
        <w:rPr>
          <w:b/>
        </w:rPr>
        <w:t xml:space="preserve"> </w:t>
      </w:r>
      <w:r w:rsidRPr="00D33D84">
        <w:rPr>
          <w:b/>
        </w:rPr>
        <w:t>restrita</w:t>
      </w:r>
      <w:r w:rsidR="00C77F05">
        <w:rPr>
          <w:b/>
        </w:rPr>
        <w:t xml:space="preserve"> </w:t>
      </w:r>
      <w:r w:rsidRPr="00D33D84">
        <w:rPr>
          <w:b/>
        </w:rPr>
        <w:t>ao</w:t>
      </w:r>
      <w:r w:rsidR="00C77F05">
        <w:rPr>
          <w:b/>
        </w:rPr>
        <w:t xml:space="preserve"> </w:t>
      </w:r>
      <w:r w:rsidRPr="00D33D84">
        <w:rPr>
          <w:b/>
        </w:rPr>
        <w:t>responsável</w:t>
      </w:r>
      <w:r w:rsidR="00C77F05">
        <w:rPr>
          <w:b/>
        </w:rPr>
        <w:t xml:space="preserve"> </w:t>
      </w:r>
      <w:r w:rsidRPr="00D33D84">
        <w:rPr>
          <w:b/>
        </w:rPr>
        <w:t>técnico</w:t>
      </w:r>
      <w:r w:rsidR="00C77F05">
        <w:rPr>
          <w:b/>
        </w:rPr>
        <w:t xml:space="preserve"> </w:t>
      </w:r>
      <w:r w:rsidRPr="00D33D84">
        <w:rPr>
          <w:b/>
        </w:rPr>
        <w:t>da</w:t>
      </w:r>
      <w:r w:rsidR="00C77F05">
        <w:rPr>
          <w:b/>
        </w:rPr>
        <w:t xml:space="preserve"> </w:t>
      </w:r>
      <w:r w:rsidRPr="00D33D84">
        <w:rPr>
          <w:b/>
        </w:rPr>
        <w:t>licitante</w:t>
      </w:r>
    </w:p>
    <w:p w14:paraId="778404CF" w14:textId="32E30783" w:rsidR="00164B4B" w:rsidRPr="00D33D84" w:rsidRDefault="007E53F0">
      <w:pPr>
        <w:spacing w:after="120"/>
        <w:ind w:firstLine="709"/>
        <w:jc w:val="both"/>
      </w:pPr>
      <w:r w:rsidRPr="00D33D84">
        <w:t>Consta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item</w:t>
      </w:r>
      <w:r w:rsidR="00C77F05">
        <w:t xml:space="preserve"> </w:t>
      </w:r>
      <w:r w:rsidRPr="00D33D84">
        <w:t>&lt;&lt;X.X.XX&gt;&gt;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edital</w:t>
      </w:r>
      <w:r w:rsidR="00C77F05">
        <w:t xml:space="preserve"> </w:t>
      </w:r>
      <w:r w:rsidRPr="00D33D84">
        <w:t>exigência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atestado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visita</w:t>
      </w:r>
      <w:r w:rsidR="00C77F05">
        <w:t xml:space="preserve"> </w:t>
      </w:r>
      <w:r w:rsidRPr="00D33D84">
        <w:t>técnica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realizada</w:t>
      </w:r>
      <w:r w:rsidR="00C77F05">
        <w:t xml:space="preserve"> </w:t>
      </w:r>
      <w:r w:rsidRPr="00D33D84">
        <w:t>obrigatoriamente</w:t>
      </w:r>
      <w:r w:rsidR="00C77F05">
        <w:t xml:space="preserve"> </w:t>
      </w:r>
      <w:r w:rsidRPr="00D33D84">
        <w:t>pelo</w:t>
      </w:r>
      <w:r w:rsidR="00C77F05">
        <w:t xml:space="preserve"> </w:t>
      </w:r>
      <w:r w:rsidRPr="00D33D84">
        <w:t>responsável</w:t>
      </w:r>
      <w:r w:rsidR="00C77F05">
        <w:t xml:space="preserve"> </w:t>
      </w:r>
      <w:r w:rsidRPr="00D33D84">
        <w:t>técnico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licitante,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data</w:t>
      </w:r>
      <w:r w:rsidR="00C77F05">
        <w:t xml:space="preserve"> </w:t>
      </w:r>
      <w:r w:rsidRPr="00D33D84">
        <w:t>única</w:t>
      </w:r>
      <w:r w:rsidR="00C77F05">
        <w:t xml:space="preserve"> </w:t>
      </w:r>
      <w:r w:rsidRPr="00D33D84">
        <w:t>definida</w:t>
      </w:r>
      <w:r w:rsidR="00C77F05">
        <w:t xml:space="preserve"> </w:t>
      </w:r>
      <w:r w:rsidRPr="00D33D84">
        <w:t>pela</w:t>
      </w:r>
      <w:r w:rsidR="00C77F05">
        <w:t xml:space="preserve"> </w:t>
      </w:r>
      <w:r w:rsidRPr="00D33D84">
        <w:t>Administração,</w:t>
      </w:r>
      <w:r w:rsidR="00C77F05">
        <w:t xml:space="preserve"> </w:t>
      </w:r>
      <w:r w:rsidRPr="00D33D84">
        <w:t>como</w:t>
      </w:r>
      <w:r w:rsidR="00C77F05">
        <w:t xml:space="preserve"> </w:t>
      </w:r>
      <w:r w:rsidRPr="00D33D84">
        <w:t>requisito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habilitação.</w:t>
      </w:r>
    </w:p>
    <w:p w14:paraId="1EB968EB" w14:textId="51010795" w:rsidR="00164B4B" w:rsidRPr="00D33D84" w:rsidRDefault="007E53F0">
      <w:pPr>
        <w:spacing w:after="120"/>
        <w:ind w:firstLine="709"/>
        <w:jc w:val="both"/>
      </w:pPr>
      <w:r w:rsidRPr="00D33D84">
        <w:t>A</w:t>
      </w:r>
      <w:r w:rsidR="00C77F05">
        <w:t xml:space="preserve"> </w:t>
      </w:r>
      <w:r w:rsidRPr="00D33D84">
        <w:t>Lei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14.133/2021</w:t>
      </w:r>
      <w:r w:rsidR="00C77F05">
        <w:t xml:space="preserve"> </w:t>
      </w:r>
      <w:r w:rsidRPr="00D33D84">
        <w:t>alterou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modo</w:t>
      </w:r>
      <w:r w:rsidR="00C77F05">
        <w:t xml:space="preserve"> </w:t>
      </w:r>
      <w:r w:rsidRPr="00D33D84">
        <w:t>relevante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tratamento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vistoria.</w:t>
      </w:r>
      <w:r w:rsidR="00C77F05">
        <w:t xml:space="preserve"> </w:t>
      </w:r>
      <w:r w:rsidRPr="00D33D84">
        <w:t>Quando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avaliação</w:t>
      </w:r>
      <w:r w:rsidR="00C77F05">
        <w:t xml:space="preserve"> </w:t>
      </w:r>
      <w:r w:rsidRPr="00D33D84">
        <w:t>prévia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local</w:t>
      </w:r>
      <w:r w:rsidR="00C77F05">
        <w:t xml:space="preserve"> </w:t>
      </w:r>
      <w:r w:rsidRPr="00D33D84">
        <w:t>for</w:t>
      </w:r>
      <w:r w:rsidR="00C77F05">
        <w:t xml:space="preserve"> </w:t>
      </w:r>
      <w:r w:rsidRPr="00D33D84">
        <w:t>imprescindível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conhecimento</w:t>
      </w:r>
      <w:r w:rsidR="00C77F05">
        <w:t xml:space="preserve"> </w:t>
      </w:r>
      <w:r w:rsidRPr="00D33D84">
        <w:t>pleno</w:t>
      </w:r>
      <w:r w:rsidR="00C77F05">
        <w:t xml:space="preserve"> </w:t>
      </w:r>
      <w:r w:rsidRPr="00D33D84">
        <w:t>das</w:t>
      </w:r>
      <w:r w:rsidR="00C77F05">
        <w:t xml:space="preserve"> </w:t>
      </w:r>
      <w:r w:rsidRPr="00D33D84">
        <w:t>condições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peculiaridades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objeto,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edital</w:t>
      </w:r>
      <w:r w:rsidR="00C77F05">
        <w:t xml:space="preserve"> </w:t>
      </w:r>
      <w:r w:rsidRPr="00D33D84">
        <w:t>pode</w:t>
      </w:r>
      <w:r w:rsidR="00C77F05">
        <w:t xml:space="preserve"> </w:t>
      </w:r>
      <w:r w:rsidRPr="00D33D84">
        <w:t>prever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licitante</w:t>
      </w:r>
      <w:r w:rsidR="00C77F05">
        <w:t xml:space="preserve"> </w:t>
      </w:r>
      <w:r w:rsidRPr="00D33D84">
        <w:t>ateste</w:t>
      </w:r>
      <w:r w:rsidR="00C77F05">
        <w:t xml:space="preserve"> </w:t>
      </w:r>
      <w:r w:rsidRPr="00D33D84">
        <w:t>conhecer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local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as</w:t>
      </w:r>
      <w:r w:rsidR="00C77F05">
        <w:t xml:space="preserve"> </w:t>
      </w:r>
      <w:r w:rsidRPr="00D33D84">
        <w:t>condições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execução.</w:t>
      </w:r>
      <w:r w:rsidR="00C77F05">
        <w:t xml:space="preserve"> </w:t>
      </w:r>
      <w:r w:rsidRPr="00D33D84">
        <w:t>Contudo,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visita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poder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substituída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declaração</w:t>
      </w:r>
      <w:r w:rsidR="00C77F05">
        <w:t xml:space="preserve"> </w:t>
      </w:r>
      <w:r w:rsidRPr="00D33D84">
        <w:t>formal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empresa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conhece</w:t>
      </w:r>
      <w:r w:rsidR="00C77F05">
        <w:t xml:space="preserve"> </w:t>
      </w:r>
      <w:r w:rsidRPr="00D33D84">
        <w:t>as</w:t>
      </w:r>
      <w:r w:rsidR="00C77F05">
        <w:t xml:space="preserve"> </w:t>
      </w:r>
      <w:r w:rsidRPr="00D33D84">
        <w:t>condições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peculiaridades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contratação.</w:t>
      </w:r>
      <w:r w:rsidR="00C77F05">
        <w:t xml:space="preserve"> </w:t>
      </w:r>
      <w:r w:rsidRPr="00D33D84">
        <w:t>Além</w:t>
      </w:r>
      <w:r w:rsidR="00C77F05">
        <w:t xml:space="preserve"> </w:t>
      </w:r>
      <w:r w:rsidRPr="00D33D84">
        <w:t>disso,</w:t>
      </w:r>
      <w:r w:rsidR="00C77F05">
        <w:t xml:space="preserve"> </w:t>
      </w:r>
      <w:r w:rsidRPr="00D33D84">
        <w:t>quando</w:t>
      </w:r>
      <w:r w:rsidR="00C77F05">
        <w:t xml:space="preserve"> </w:t>
      </w:r>
      <w:r w:rsidRPr="00D33D84">
        <w:t>houver</w:t>
      </w:r>
      <w:r w:rsidR="00C77F05">
        <w:t xml:space="preserve"> </w:t>
      </w:r>
      <w:r w:rsidRPr="00D33D84">
        <w:t>vistoria,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edital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prever</w:t>
      </w:r>
      <w:r w:rsidR="00C77F05">
        <w:t xml:space="preserve"> </w:t>
      </w:r>
      <w:r w:rsidRPr="00D33D84">
        <w:t>datas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horários</w:t>
      </w:r>
      <w:r w:rsidR="00C77F05">
        <w:t xml:space="preserve"> </w:t>
      </w:r>
      <w:r w:rsidRPr="00D33D84">
        <w:t>diferentes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os</w:t>
      </w:r>
      <w:r w:rsidR="00C77F05">
        <w:t xml:space="preserve"> </w:t>
      </w:r>
      <w:r w:rsidRPr="00D33D84">
        <w:t>potenciais</w:t>
      </w:r>
      <w:r w:rsidR="00C77F05">
        <w:t xml:space="preserve"> </w:t>
      </w:r>
      <w:r w:rsidRPr="00D33D84">
        <w:t>interessados,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fim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evitar</w:t>
      </w:r>
      <w:r w:rsidR="00C77F05">
        <w:t xml:space="preserve"> </w:t>
      </w:r>
      <w:r w:rsidRPr="00D33D84">
        <w:t>reunião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concorrentes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conhecimento</w:t>
      </w:r>
      <w:r w:rsidR="00C77F05">
        <w:t xml:space="preserve"> </w:t>
      </w:r>
      <w:r w:rsidRPr="00D33D84">
        <w:t>prévio</w:t>
      </w:r>
      <w:r w:rsidR="00C77F05">
        <w:t xml:space="preserve"> </w:t>
      </w:r>
      <w:r w:rsidRPr="00D33D84">
        <w:t>dos</w:t>
      </w:r>
      <w:r w:rsidR="00C77F05">
        <w:t xml:space="preserve"> </w:t>
      </w:r>
      <w:r w:rsidRPr="00D33D84">
        <w:t>participantes.</w:t>
      </w:r>
    </w:p>
    <w:p w14:paraId="49FAD29E" w14:textId="09376DF8" w:rsidR="00164B4B" w:rsidRPr="00D33D84" w:rsidRDefault="007E53F0">
      <w:pPr>
        <w:spacing w:after="120"/>
        <w:ind w:firstLine="709"/>
        <w:jc w:val="both"/>
      </w:pPr>
      <w:r w:rsidRPr="00D33D84">
        <w:t>No</w:t>
      </w:r>
      <w:r w:rsidR="00C77F05">
        <w:t xml:space="preserve"> </w:t>
      </w:r>
      <w:r w:rsidRPr="00D33D84">
        <w:t>caso</w:t>
      </w:r>
      <w:r w:rsidR="00C77F05">
        <w:t xml:space="preserve"> </w:t>
      </w:r>
      <w:r w:rsidRPr="00D33D84">
        <w:t>examinado,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exigência</w:t>
      </w:r>
      <w:r w:rsidR="00C77F05">
        <w:t xml:space="preserve"> </w:t>
      </w:r>
      <w:r w:rsidRPr="00D33D84">
        <w:t>é</w:t>
      </w:r>
      <w:r w:rsidR="00C77F05">
        <w:t xml:space="preserve"> </w:t>
      </w:r>
      <w:r w:rsidRPr="00D33D84">
        <w:t>desproporcional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três</w:t>
      </w:r>
      <w:r w:rsidR="00C77F05">
        <w:t xml:space="preserve"> </w:t>
      </w:r>
      <w:r w:rsidRPr="00D33D84">
        <w:t>razões: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objeto</w:t>
      </w:r>
      <w:r w:rsidR="00C77F05">
        <w:t xml:space="preserve"> </w:t>
      </w:r>
      <w:r w:rsidRPr="00D33D84">
        <w:t>é</w:t>
      </w:r>
      <w:r w:rsidR="00C77F05">
        <w:t xml:space="preserve"> </w:t>
      </w:r>
      <w:r w:rsidRPr="00D33D84">
        <w:t>fornecimento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bens</w:t>
      </w:r>
      <w:r w:rsidR="00C77F05">
        <w:t xml:space="preserve"> </w:t>
      </w:r>
      <w:r w:rsidRPr="00D33D84">
        <w:t>comuns;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Administração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demonstrou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vistoria</w:t>
      </w:r>
      <w:r w:rsidR="00C77F05">
        <w:t xml:space="preserve"> </w:t>
      </w:r>
      <w:r w:rsidRPr="00D33D84">
        <w:t>seria</w:t>
      </w:r>
      <w:r w:rsidR="00C77F05">
        <w:t xml:space="preserve"> </w:t>
      </w:r>
      <w:r w:rsidRPr="00D33D84">
        <w:t>imprescindível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formular</w:t>
      </w:r>
      <w:r w:rsidR="00C77F05">
        <w:t xml:space="preserve"> </w:t>
      </w:r>
      <w:r w:rsidRPr="00D33D84">
        <w:t>proposta;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houve</w:t>
      </w:r>
      <w:r w:rsidR="00C77F05">
        <w:t xml:space="preserve"> </w:t>
      </w:r>
      <w:r w:rsidRPr="00D33D84">
        <w:t>restrição</w:t>
      </w:r>
      <w:r w:rsidR="00C77F05">
        <w:t xml:space="preserve"> </w:t>
      </w:r>
      <w:r w:rsidRPr="00D33D84">
        <w:t>indevida</w:t>
      </w:r>
      <w:r w:rsidR="00C77F05">
        <w:t xml:space="preserve"> </w:t>
      </w:r>
      <w:r w:rsidRPr="00D33D84">
        <w:t>quanto</w:t>
      </w:r>
      <w:r w:rsidR="00C77F05">
        <w:t xml:space="preserve"> </w:t>
      </w:r>
      <w:r w:rsidRPr="00D33D84">
        <w:t>à</w:t>
      </w:r>
      <w:r w:rsidR="00C77F05">
        <w:t xml:space="preserve"> </w:t>
      </w:r>
      <w:r w:rsidRPr="00D33D84">
        <w:t>pessoa</w:t>
      </w:r>
      <w:r w:rsidR="00C77F05">
        <w:t xml:space="preserve"> </w:t>
      </w:r>
      <w:r w:rsidRPr="00D33D84">
        <w:t>autorizada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realizar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visita.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escolha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quem</w:t>
      </w:r>
      <w:r w:rsidR="00C77F05">
        <w:t xml:space="preserve"> </w:t>
      </w:r>
      <w:r w:rsidRPr="00D33D84">
        <w:t>fará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vistoria,</w:t>
      </w:r>
      <w:r w:rsidR="00C77F05">
        <w:t xml:space="preserve"> </w:t>
      </w:r>
      <w:r w:rsidRPr="00D33D84">
        <w:t>quando</w:t>
      </w:r>
      <w:r w:rsidR="00C77F05">
        <w:t xml:space="preserve"> </w:t>
      </w:r>
      <w:r w:rsidRPr="00D33D84">
        <w:t>ela</w:t>
      </w:r>
      <w:r w:rsidR="00C77F05">
        <w:t xml:space="preserve"> </w:t>
      </w:r>
      <w:r w:rsidRPr="00D33D84">
        <w:t>se</w:t>
      </w:r>
      <w:r w:rsidR="00C77F05">
        <w:t xml:space="preserve"> </w:t>
      </w:r>
      <w:r w:rsidRPr="00D33D84">
        <w:t>justificar,</w:t>
      </w:r>
      <w:r w:rsidR="00C77F05">
        <w:t xml:space="preserve"> </w:t>
      </w:r>
      <w:r w:rsidRPr="00D33D84">
        <w:t>cabe</w:t>
      </w:r>
      <w:r w:rsidR="00C77F05">
        <w:t xml:space="preserve"> </w:t>
      </w:r>
      <w:r w:rsidRPr="00D33D84">
        <w:t>à</w:t>
      </w:r>
      <w:r w:rsidR="00C77F05">
        <w:t xml:space="preserve"> </w:t>
      </w:r>
      <w:r w:rsidRPr="00D33D84">
        <w:t>licitante.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exigência</w:t>
      </w:r>
      <w:r w:rsidR="00C77F05">
        <w:t xml:space="preserve"> </w:t>
      </w:r>
      <w:r w:rsidRPr="00D33D84">
        <w:t>pode</w:t>
      </w:r>
      <w:r w:rsidR="00C77F05">
        <w:t xml:space="preserve"> </w:t>
      </w:r>
      <w:r w:rsidRPr="00D33D84">
        <w:t>funcionar</w:t>
      </w:r>
      <w:r w:rsidR="00C77F05">
        <w:t xml:space="preserve"> </w:t>
      </w:r>
      <w:r w:rsidRPr="00D33D84">
        <w:t>como</w:t>
      </w:r>
      <w:r w:rsidR="00C77F05">
        <w:t xml:space="preserve"> </w:t>
      </w:r>
      <w:r w:rsidRPr="00D33D84">
        <w:t>instrumento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controle</w:t>
      </w:r>
      <w:r w:rsidR="00C77F05">
        <w:t xml:space="preserve"> </w:t>
      </w:r>
      <w:r w:rsidRPr="00D33D84">
        <w:t>dos</w:t>
      </w:r>
      <w:r w:rsidR="00C77F05">
        <w:t xml:space="preserve"> </w:t>
      </w:r>
      <w:r w:rsidRPr="00D33D84">
        <w:t>interessados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facilitar</w:t>
      </w:r>
      <w:r w:rsidR="00C77F05">
        <w:t xml:space="preserve"> </w:t>
      </w:r>
      <w:r w:rsidRPr="00D33D84">
        <w:t>conluio,</w:t>
      </w:r>
      <w:r w:rsidR="00C77F05">
        <w:t xml:space="preserve"> </w:t>
      </w:r>
      <w:r w:rsidRPr="00D33D84">
        <w:t>razão</w:t>
      </w:r>
      <w:r w:rsidR="00C77F05">
        <w:t xml:space="preserve"> </w:t>
      </w:r>
      <w:r w:rsidRPr="00D33D84">
        <w:t>pela</w:t>
      </w:r>
      <w:r w:rsidR="00C77F05">
        <w:t xml:space="preserve"> </w:t>
      </w:r>
      <w:r w:rsidRPr="00D33D84">
        <w:t>qual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tratada</w:t>
      </w:r>
      <w:r w:rsidR="00C77F05">
        <w:t xml:space="preserve"> </w:t>
      </w:r>
      <w:r w:rsidRPr="00D33D84">
        <w:t>como</w:t>
      </w:r>
      <w:r w:rsidR="00C77F05">
        <w:t xml:space="preserve"> </w:t>
      </w:r>
      <w:r w:rsidRPr="00D33D84">
        <w:t>indício</w:t>
      </w:r>
      <w:r w:rsidR="00C77F05">
        <w:t xml:space="preserve"> </w:t>
      </w:r>
      <w:r w:rsidRPr="00D33D84">
        <w:t>relevante</w:t>
      </w:r>
      <w:r w:rsidR="00C77F05">
        <w:t xml:space="preserve"> </w:t>
      </w:r>
      <w:r w:rsidRPr="00D33D84">
        <w:t>quando</w:t>
      </w:r>
      <w:r w:rsidR="00C77F05">
        <w:t xml:space="preserve"> </w:t>
      </w:r>
      <w:r w:rsidRPr="00D33D84">
        <w:t>combinada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os</w:t>
      </w:r>
      <w:r w:rsidR="00C77F05">
        <w:t xml:space="preserve"> </w:t>
      </w:r>
      <w:r w:rsidRPr="00D33D84">
        <w:t>demais</w:t>
      </w:r>
      <w:r w:rsidR="00C77F05">
        <w:t xml:space="preserve"> </w:t>
      </w:r>
      <w:r w:rsidRPr="00D33D84">
        <w:t>achados.</w:t>
      </w:r>
    </w:p>
    <w:p w14:paraId="21569DDD" w14:textId="77777777" w:rsidR="00A456D5" w:rsidRDefault="00A456D5">
      <w:pPr>
        <w:spacing w:before="120" w:after="120"/>
        <w:rPr>
          <w:b/>
        </w:rPr>
      </w:pPr>
    </w:p>
    <w:p w14:paraId="366EC9AC" w14:textId="6187F214" w:rsidR="00164B4B" w:rsidRPr="00D33D84" w:rsidRDefault="007E53F0">
      <w:pPr>
        <w:spacing w:before="120" w:after="120"/>
      </w:pPr>
      <w:proofErr w:type="gramStart"/>
      <w:r w:rsidRPr="00D33D84">
        <w:rPr>
          <w:b/>
        </w:rPr>
        <w:lastRenderedPageBreak/>
        <w:t>3.</w:t>
      </w:r>
      <w:proofErr w:type="gramEnd"/>
      <w:r w:rsidRPr="00D33D84">
        <w:rPr>
          <w:b/>
        </w:rPr>
        <w:t>d)</w:t>
      </w:r>
      <w:r w:rsidR="00C77F05">
        <w:rPr>
          <w:b/>
        </w:rPr>
        <w:t xml:space="preserve"> </w:t>
      </w:r>
      <w:r w:rsidRPr="00D33D84">
        <w:rPr>
          <w:b/>
        </w:rPr>
        <w:t>Exigência</w:t>
      </w:r>
      <w:r w:rsidR="00C77F05">
        <w:rPr>
          <w:b/>
        </w:rPr>
        <w:t xml:space="preserve"> </w:t>
      </w:r>
      <w:r w:rsidRPr="00D33D84">
        <w:rPr>
          <w:b/>
        </w:rPr>
        <w:t>de</w:t>
      </w:r>
      <w:r w:rsidR="00C77F05">
        <w:rPr>
          <w:b/>
        </w:rPr>
        <w:t xml:space="preserve"> </w:t>
      </w:r>
      <w:r w:rsidRPr="00D33D84">
        <w:rPr>
          <w:b/>
        </w:rPr>
        <w:t>capital</w:t>
      </w:r>
      <w:r w:rsidR="00C77F05">
        <w:rPr>
          <w:b/>
        </w:rPr>
        <w:t xml:space="preserve"> </w:t>
      </w:r>
      <w:r w:rsidRPr="00D33D84">
        <w:rPr>
          <w:b/>
        </w:rPr>
        <w:t>social</w:t>
      </w:r>
      <w:r w:rsidR="00C77F05">
        <w:rPr>
          <w:b/>
        </w:rPr>
        <w:t xml:space="preserve"> </w:t>
      </w:r>
      <w:r w:rsidRPr="00D33D84">
        <w:rPr>
          <w:b/>
        </w:rPr>
        <w:t>integralizado</w:t>
      </w:r>
    </w:p>
    <w:p w14:paraId="533B8FE5" w14:textId="7DFC2946" w:rsidR="00164B4B" w:rsidRPr="00D33D84" w:rsidRDefault="007E53F0">
      <w:pPr>
        <w:spacing w:after="120"/>
        <w:ind w:firstLine="709"/>
        <w:jc w:val="both"/>
      </w:pPr>
      <w:r w:rsidRPr="00D33D84">
        <w:t>Em</w:t>
      </w:r>
      <w:r w:rsidR="00C77F05">
        <w:t xml:space="preserve"> </w:t>
      </w:r>
      <w:r w:rsidRPr="00D33D84">
        <w:t>análise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edital,</w:t>
      </w:r>
      <w:r w:rsidR="00C77F05">
        <w:t xml:space="preserve"> </w:t>
      </w:r>
      <w:r w:rsidRPr="00D33D84">
        <w:t>constatou-se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item</w:t>
      </w:r>
      <w:r w:rsidR="00C77F05">
        <w:t xml:space="preserve"> </w:t>
      </w:r>
      <w:r w:rsidRPr="00D33D84">
        <w:t>&lt;&lt;X.X.XX&gt;&gt;</w:t>
      </w:r>
      <w:r w:rsidR="00C77F05">
        <w:t xml:space="preserve"> </w:t>
      </w:r>
      <w:r w:rsidRPr="00D33D84">
        <w:t>exigiu,</w:t>
      </w:r>
      <w:r w:rsidR="00C77F05">
        <w:t xml:space="preserve"> </w:t>
      </w:r>
      <w:r w:rsidRPr="00D33D84">
        <w:t>como</w:t>
      </w:r>
      <w:r w:rsidR="00C77F05">
        <w:t xml:space="preserve"> </w:t>
      </w:r>
      <w:r w:rsidRPr="00D33D84">
        <w:t>requisito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qualificação</w:t>
      </w:r>
      <w:r w:rsidR="00C77F05">
        <w:t xml:space="preserve"> </w:t>
      </w:r>
      <w:r w:rsidRPr="00D33D84">
        <w:t>econômico-financeira,</w:t>
      </w:r>
      <w:r w:rsidR="00C77F05">
        <w:t xml:space="preserve"> </w:t>
      </w:r>
      <w:r w:rsidRPr="00D33D84">
        <w:t>comprovação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capital</w:t>
      </w:r>
      <w:r w:rsidR="00C77F05">
        <w:t xml:space="preserve"> </w:t>
      </w:r>
      <w:r w:rsidRPr="00D33D84">
        <w:t>social</w:t>
      </w:r>
      <w:r w:rsidR="00C77F05">
        <w:t xml:space="preserve"> </w:t>
      </w:r>
      <w:r w:rsidRPr="00D33D84">
        <w:t>integralizado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percentual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&lt;&lt;...%&gt;&gt;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valor</w:t>
      </w:r>
      <w:r w:rsidR="00C77F05">
        <w:t xml:space="preserve"> </w:t>
      </w:r>
      <w:r w:rsidRPr="00D33D84">
        <w:t>estimado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contratação.</w:t>
      </w:r>
    </w:p>
    <w:p w14:paraId="2F0C17D0" w14:textId="203749C1" w:rsidR="00164B4B" w:rsidRPr="00D33D84" w:rsidRDefault="007E53F0">
      <w:pPr>
        <w:spacing w:after="120"/>
        <w:ind w:firstLine="709"/>
        <w:jc w:val="both"/>
      </w:pPr>
      <w:r w:rsidRPr="00D33D84">
        <w:t>A</w:t>
      </w:r>
      <w:r w:rsidR="00C77F05">
        <w:t xml:space="preserve"> </w:t>
      </w:r>
      <w:r w:rsidRPr="00D33D84">
        <w:t>Lei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14.133/2021</w:t>
      </w:r>
      <w:r w:rsidR="00C77F05">
        <w:t xml:space="preserve"> </w:t>
      </w:r>
      <w:r w:rsidRPr="00D33D84">
        <w:t>admite</w:t>
      </w:r>
      <w:r w:rsidR="00C77F05">
        <w:t xml:space="preserve"> </w:t>
      </w:r>
      <w:r w:rsidRPr="00D33D84">
        <w:t>exigências</w:t>
      </w:r>
      <w:r w:rsidR="00C77F05">
        <w:t xml:space="preserve"> </w:t>
      </w:r>
      <w:r w:rsidRPr="00D33D84">
        <w:t>econômico-financeiras</w:t>
      </w:r>
      <w:r w:rsidR="00C77F05">
        <w:t xml:space="preserve"> </w:t>
      </w:r>
      <w:r w:rsidRPr="00D33D84">
        <w:t>nos</w:t>
      </w:r>
      <w:r w:rsidR="00C77F05">
        <w:t xml:space="preserve"> </w:t>
      </w:r>
      <w:r w:rsidRPr="00D33D84">
        <w:t>limites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art.</w:t>
      </w:r>
      <w:r w:rsidR="00C77F05">
        <w:t xml:space="preserve"> </w:t>
      </w:r>
      <w:r w:rsidRPr="00D33D84">
        <w:t>69,</w:t>
      </w:r>
      <w:r w:rsidR="00C77F05">
        <w:t xml:space="preserve"> </w:t>
      </w:r>
      <w:r w:rsidRPr="00D33D84">
        <w:t>desde</w:t>
      </w:r>
      <w:r w:rsidR="00C77F05">
        <w:t xml:space="preserve"> </w:t>
      </w:r>
      <w:r w:rsidRPr="00D33D84">
        <w:t>que</w:t>
      </w:r>
      <w:r w:rsidR="00C77F05">
        <w:t xml:space="preserve"> </w:t>
      </w:r>
      <w:proofErr w:type="gramStart"/>
      <w:r w:rsidRPr="00D33D84">
        <w:t>pertinentes,</w:t>
      </w:r>
      <w:r w:rsidR="00C77F05">
        <w:t xml:space="preserve"> </w:t>
      </w:r>
      <w:r w:rsidRPr="00D33D84">
        <w:t>proporcionais</w:t>
      </w:r>
      <w:proofErr w:type="gramEnd"/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justificadas.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redação</w:t>
      </w:r>
      <w:r w:rsidR="00C77F05">
        <w:t xml:space="preserve"> </w:t>
      </w:r>
      <w:r w:rsidRPr="00D33D84">
        <w:t>legal</w:t>
      </w:r>
      <w:r w:rsidR="00C77F05">
        <w:t xml:space="preserve"> </w:t>
      </w:r>
      <w:r w:rsidRPr="00D33D84">
        <w:t>autoriza,</w:t>
      </w:r>
      <w:r w:rsidR="00C77F05">
        <w:t xml:space="preserve"> </w:t>
      </w:r>
      <w:r w:rsidRPr="00D33D84">
        <w:t>nas</w:t>
      </w:r>
      <w:r w:rsidR="00C77F05">
        <w:t xml:space="preserve"> </w:t>
      </w:r>
      <w:r w:rsidRPr="00D33D84">
        <w:t>hipóteses</w:t>
      </w:r>
      <w:r w:rsidR="00C77F05">
        <w:t xml:space="preserve"> </w:t>
      </w:r>
      <w:r w:rsidRPr="00D33D84">
        <w:t>cabíveis,</w:t>
      </w:r>
      <w:r w:rsidR="00C77F05">
        <w:t xml:space="preserve"> </w:t>
      </w:r>
      <w:r w:rsidRPr="00D33D84">
        <w:t>capital</w:t>
      </w:r>
      <w:r w:rsidR="00C77F05">
        <w:t xml:space="preserve"> </w:t>
      </w:r>
      <w:r w:rsidRPr="00D33D84">
        <w:t>mínimo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patrimônio</w:t>
      </w:r>
      <w:r w:rsidR="00C77F05">
        <w:t xml:space="preserve"> </w:t>
      </w:r>
      <w:r w:rsidRPr="00D33D84">
        <w:t>líquido</w:t>
      </w:r>
      <w:r w:rsidR="00C77F05">
        <w:t xml:space="preserve"> </w:t>
      </w:r>
      <w:r w:rsidRPr="00D33D84">
        <w:t>mínimo,</w:t>
      </w:r>
      <w:r w:rsidR="00C77F05">
        <w:t xml:space="preserve"> </w:t>
      </w:r>
      <w:r w:rsidRPr="00D33D84">
        <w:t>mas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transforma</w:t>
      </w:r>
      <w:r w:rsidR="00C77F05">
        <w:t xml:space="preserve"> “</w:t>
      </w:r>
      <w:r w:rsidRPr="00D33D84">
        <w:t>capital</w:t>
      </w:r>
      <w:r w:rsidR="00C77F05">
        <w:t xml:space="preserve"> </w:t>
      </w:r>
      <w:r w:rsidRPr="00D33D84">
        <w:t>social</w:t>
      </w:r>
      <w:r w:rsidR="00C77F05">
        <w:t xml:space="preserve"> </w:t>
      </w:r>
      <w:r w:rsidRPr="00D33D84">
        <w:t>integralizado</w:t>
      </w:r>
      <w:r w:rsidR="00C77F05">
        <w:t xml:space="preserve">” </w:t>
      </w:r>
      <w:r w:rsidRPr="00D33D84">
        <w:t>em</w:t>
      </w:r>
      <w:r w:rsidR="00C77F05">
        <w:t xml:space="preserve"> </w:t>
      </w:r>
      <w:r w:rsidRPr="00D33D84">
        <w:t>requisito</w:t>
      </w:r>
      <w:r w:rsidR="00C77F05">
        <w:t xml:space="preserve"> </w:t>
      </w:r>
      <w:r w:rsidRPr="00D33D84">
        <w:t>automático.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Administração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demonstrar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necessidade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requisito,</w:t>
      </w:r>
      <w:r w:rsidR="00C77F05">
        <w:t xml:space="preserve"> </w:t>
      </w:r>
      <w:r w:rsidRPr="00D33D84">
        <w:t>seu</w:t>
      </w:r>
      <w:r w:rsidR="00C77F05">
        <w:t xml:space="preserve"> </w:t>
      </w:r>
      <w:r w:rsidRPr="00D33D84">
        <w:t>nexo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os</w:t>
      </w:r>
      <w:r w:rsidR="00C77F05">
        <w:t xml:space="preserve"> </w:t>
      </w:r>
      <w:r w:rsidRPr="00D33D84">
        <w:t>riscos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inadimplemento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sua</w:t>
      </w:r>
      <w:r w:rsidR="00C77F05">
        <w:t xml:space="preserve"> </w:t>
      </w:r>
      <w:r w:rsidRPr="00D33D84">
        <w:t>proporcionalidade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relação</w:t>
      </w:r>
      <w:r w:rsidR="00C77F05">
        <w:t xml:space="preserve"> </w:t>
      </w:r>
      <w:r w:rsidRPr="00D33D84">
        <w:t>ao</w:t>
      </w:r>
      <w:r w:rsidR="00C77F05">
        <w:t xml:space="preserve"> </w:t>
      </w:r>
      <w:r w:rsidRPr="00D33D84">
        <w:t>objeto</w:t>
      </w:r>
      <w:r w:rsidR="00C77F05">
        <w:t xml:space="preserve"> </w:t>
      </w:r>
      <w:r w:rsidRPr="00D33D84">
        <w:t>efetivamente</w:t>
      </w:r>
      <w:r w:rsidR="00C77F05">
        <w:t xml:space="preserve"> </w:t>
      </w:r>
      <w:r w:rsidRPr="00D33D84">
        <w:t>disputado.</w:t>
      </w:r>
    </w:p>
    <w:p w14:paraId="7DFA554F" w14:textId="2BB9C8D8" w:rsidR="00164B4B" w:rsidRPr="00D33D84" w:rsidRDefault="007E53F0">
      <w:pPr>
        <w:spacing w:after="120"/>
        <w:ind w:firstLine="709"/>
        <w:jc w:val="both"/>
      </w:pPr>
      <w:r w:rsidRPr="00D33D84">
        <w:t>Sem</w:t>
      </w:r>
      <w:r w:rsidR="00C77F05">
        <w:t xml:space="preserve"> </w:t>
      </w:r>
      <w:r w:rsidRPr="00D33D84">
        <w:t>essa</w:t>
      </w:r>
      <w:r w:rsidR="00C77F05">
        <w:t xml:space="preserve"> </w:t>
      </w:r>
      <w:r w:rsidRPr="00D33D84">
        <w:t>motivação,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exigência</w:t>
      </w:r>
      <w:r w:rsidR="00C77F05">
        <w:t xml:space="preserve"> </w:t>
      </w:r>
      <w:r w:rsidRPr="00D33D84">
        <w:t>tende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funcionar</w:t>
      </w:r>
      <w:r w:rsidR="00C77F05">
        <w:t xml:space="preserve"> </w:t>
      </w:r>
      <w:r w:rsidRPr="00D33D84">
        <w:t>como</w:t>
      </w:r>
      <w:r w:rsidR="00C77F05">
        <w:t xml:space="preserve"> </w:t>
      </w:r>
      <w:r w:rsidRPr="00D33D84">
        <w:t>barreira</w:t>
      </w:r>
      <w:r w:rsidR="00C77F05">
        <w:t xml:space="preserve"> </w:t>
      </w:r>
      <w:r w:rsidRPr="00D33D84">
        <w:t>econômica</w:t>
      </w:r>
      <w:r w:rsidR="00C77F05">
        <w:t xml:space="preserve"> </w:t>
      </w:r>
      <w:r w:rsidRPr="00D33D84">
        <w:t>artificial,</w:t>
      </w:r>
      <w:r w:rsidR="00C77F05">
        <w:t xml:space="preserve"> </w:t>
      </w:r>
      <w:r w:rsidRPr="00D33D84">
        <w:t>sobretudo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compras</w:t>
      </w:r>
      <w:r w:rsidR="00C77F05">
        <w:t xml:space="preserve"> </w:t>
      </w:r>
      <w:r w:rsidRPr="00D33D84">
        <w:t>comuns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licitações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itens,</w:t>
      </w:r>
      <w:r w:rsidR="00C77F05">
        <w:t xml:space="preserve"> </w:t>
      </w:r>
      <w:r w:rsidRPr="00D33D84">
        <w:t>nas</w:t>
      </w:r>
      <w:r w:rsidR="00C77F05">
        <w:t xml:space="preserve"> </w:t>
      </w:r>
      <w:r w:rsidRPr="00D33D84">
        <w:t>quais</w:t>
      </w:r>
      <w:r w:rsidR="00C77F05">
        <w:t xml:space="preserve"> </w:t>
      </w:r>
      <w:r w:rsidRPr="00D33D84">
        <w:t>empresas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menor</w:t>
      </w:r>
      <w:r w:rsidR="00C77F05">
        <w:t xml:space="preserve"> </w:t>
      </w:r>
      <w:r w:rsidRPr="00D33D84">
        <w:t>porte</w:t>
      </w:r>
      <w:r w:rsidR="00C77F05">
        <w:t xml:space="preserve"> </w:t>
      </w:r>
      <w:r w:rsidRPr="00D33D84">
        <w:t>podem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plenamente</w:t>
      </w:r>
      <w:r w:rsidR="00C77F05">
        <w:t xml:space="preserve"> </w:t>
      </w:r>
      <w:r w:rsidRPr="00D33D84">
        <w:t>capazes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executar</w:t>
      </w:r>
      <w:r w:rsidR="00C77F05">
        <w:t xml:space="preserve"> </w:t>
      </w:r>
      <w:r w:rsidRPr="00D33D84">
        <w:t>parcelas</w:t>
      </w:r>
      <w:r w:rsidR="00C77F05">
        <w:t xml:space="preserve"> </w:t>
      </w:r>
      <w:r w:rsidRPr="00D33D84">
        <w:t>específicas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objeto.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restrição,</w:t>
      </w:r>
      <w:r w:rsidR="00C77F05">
        <w:t xml:space="preserve"> </w:t>
      </w:r>
      <w:r w:rsidRPr="00D33D84">
        <w:t>portanto,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considerada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análise</w:t>
      </w:r>
      <w:r w:rsidR="00C77F05">
        <w:t xml:space="preserve"> </w:t>
      </w:r>
      <w:r w:rsidRPr="00D33D84">
        <w:t>conjunta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caráter</w:t>
      </w:r>
      <w:r w:rsidR="00C77F05">
        <w:t xml:space="preserve"> </w:t>
      </w:r>
      <w:r w:rsidRPr="00D33D84">
        <w:t>competitivo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certame.</w:t>
      </w:r>
    </w:p>
    <w:p w14:paraId="07A7B43C" w14:textId="45068BAD" w:rsidR="00164B4B" w:rsidRPr="00D33D84" w:rsidRDefault="007E53F0">
      <w:pPr>
        <w:spacing w:before="200" w:after="120"/>
      </w:pPr>
      <w:r w:rsidRPr="00D33D84">
        <w:rPr>
          <w:b/>
          <w:sz w:val="26"/>
        </w:rPr>
        <w:t>4.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Análise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da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Publicidade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do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Certame</w:t>
      </w:r>
    </w:p>
    <w:p w14:paraId="47BA1114" w14:textId="29A75557" w:rsidR="00164B4B" w:rsidRPr="00D33D84" w:rsidRDefault="007E53F0">
      <w:pPr>
        <w:spacing w:before="120" w:after="120"/>
      </w:pPr>
      <w:proofErr w:type="gramStart"/>
      <w:r w:rsidRPr="00D33D84">
        <w:rPr>
          <w:b/>
        </w:rPr>
        <w:t>4.</w:t>
      </w:r>
      <w:proofErr w:type="gramEnd"/>
      <w:r w:rsidRPr="00D33D84">
        <w:rPr>
          <w:b/>
        </w:rPr>
        <w:t>a)</w:t>
      </w:r>
      <w:r w:rsidR="00C77F05">
        <w:rPr>
          <w:b/>
        </w:rPr>
        <w:t xml:space="preserve"> </w:t>
      </w:r>
      <w:r w:rsidRPr="00D33D84">
        <w:rPr>
          <w:b/>
        </w:rPr>
        <w:t>Publicidade</w:t>
      </w:r>
      <w:r w:rsidR="00C77F05">
        <w:rPr>
          <w:b/>
        </w:rPr>
        <w:t xml:space="preserve"> </w:t>
      </w:r>
      <w:r w:rsidRPr="00D33D84">
        <w:rPr>
          <w:b/>
        </w:rPr>
        <w:t>insuficiente</w:t>
      </w:r>
      <w:r w:rsidR="00C77F05">
        <w:rPr>
          <w:b/>
        </w:rPr>
        <w:t xml:space="preserve"> </w:t>
      </w:r>
      <w:r w:rsidRPr="00D33D84">
        <w:rPr>
          <w:b/>
        </w:rPr>
        <w:t>no</w:t>
      </w:r>
      <w:r w:rsidR="00C77F05">
        <w:rPr>
          <w:b/>
        </w:rPr>
        <w:t xml:space="preserve"> </w:t>
      </w:r>
      <w:r w:rsidRPr="00D33D84">
        <w:rPr>
          <w:b/>
        </w:rPr>
        <w:t>PNCP</w:t>
      </w:r>
      <w:r w:rsidR="00C77F05">
        <w:rPr>
          <w:b/>
        </w:rPr>
        <w:t xml:space="preserve"> </w:t>
      </w:r>
      <w:r w:rsidRPr="00D33D84">
        <w:rPr>
          <w:b/>
        </w:rPr>
        <w:t>e</w:t>
      </w:r>
      <w:r w:rsidR="00C77F05">
        <w:rPr>
          <w:b/>
        </w:rPr>
        <w:t xml:space="preserve"> </w:t>
      </w:r>
      <w:r w:rsidRPr="00D33D84">
        <w:rPr>
          <w:b/>
        </w:rPr>
        <w:t>acesso</w:t>
      </w:r>
      <w:r w:rsidR="00C77F05">
        <w:rPr>
          <w:b/>
        </w:rPr>
        <w:t xml:space="preserve"> </w:t>
      </w:r>
      <w:r w:rsidRPr="00D33D84">
        <w:rPr>
          <w:b/>
        </w:rPr>
        <w:t>condicionado</w:t>
      </w:r>
      <w:r w:rsidR="00C77F05">
        <w:rPr>
          <w:b/>
        </w:rPr>
        <w:t xml:space="preserve"> </w:t>
      </w:r>
      <w:r w:rsidRPr="00D33D84">
        <w:rPr>
          <w:b/>
        </w:rPr>
        <w:t>aos</w:t>
      </w:r>
      <w:r w:rsidR="00C77F05">
        <w:rPr>
          <w:b/>
        </w:rPr>
        <w:t xml:space="preserve"> </w:t>
      </w:r>
      <w:r w:rsidRPr="00D33D84">
        <w:rPr>
          <w:b/>
        </w:rPr>
        <w:t>documentos</w:t>
      </w:r>
      <w:r w:rsidR="00C77F05">
        <w:rPr>
          <w:b/>
        </w:rPr>
        <w:t xml:space="preserve"> </w:t>
      </w:r>
      <w:r w:rsidRPr="00D33D84">
        <w:rPr>
          <w:b/>
        </w:rPr>
        <w:t>do</w:t>
      </w:r>
      <w:r w:rsidR="00C77F05">
        <w:rPr>
          <w:b/>
        </w:rPr>
        <w:t xml:space="preserve"> </w:t>
      </w:r>
      <w:r w:rsidRPr="00D33D84">
        <w:rPr>
          <w:b/>
        </w:rPr>
        <w:t>edital</w:t>
      </w:r>
    </w:p>
    <w:p w14:paraId="482DF758" w14:textId="62426D3B" w:rsidR="00164B4B" w:rsidRPr="00D33D84" w:rsidRDefault="007E53F0">
      <w:pPr>
        <w:spacing w:after="120"/>
        <w:ind w:firstLine="709"/>
        <w:jc w:val="both"/>
      </w:pPr>
      <w:r w:rsidRPr="00D33D84">
        <w:t>Verificou-se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aviso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licitação</w:t>
      </w:r>
      <w:r w:rsidR="00C77F05">
        <w:t xml:space="preserve"> </w:t>
      </w:r>
      <w:r w:rsidRPr="00D33D84">
        <w:t>foi</w:t>
      </w:r>
      <w:r w:rsidR="00C77F05">
        <w:t xml:space="preserve"> </w:t>
      </w:r>
      <w:r w:rsidRPr="00D33D84">
        <w:t>divulgado</w:t>
      </w:r>
      <w:r w:rsidR="00C77F05">
        <w:t xml:space="preserve"> </w:t>
      </w:r>
      <w:r w:rsidRPr="00D33D84">
        <w:t>apenas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&lt;&lt;site</w:t>
      </w:r>
      <w:r w:rsidR="00C77F05">
        <w:t xml:space="preserve"> </w:t>
      </w:r>
      <w:r w:rsidRPr="00D33D84">
        <w:t>local/jornal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circulação</w:t>
      </w:r>
      <w:r w:rsidR="00C77F05">
        <w:t xml:space="preserve"> </w:t>
      </w:r>
      <w:r w:rsidRPr="00D33D84">
        <w:t>restrita/mural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Prefeitura&gt;&gt;,</w:t>
      </w:r>
      <w:r w:rsidR="00C77F05">
        <w:t xml:space="preserve"> </w:t>
      </w:r>
      <w:r w:rsidRPr="00D33D84">
        <w:t>sem</w:t>
      </w:r>
      <w:r w:rsidR="00C77F05">
        <w:t xml:space="preserve"> </w:t>
      </w:r>
      <w:r w:rsidRPr="00D33D84">
        <w:t>disponibilização</w:t>
      </w:r>
      <w:r w:rsidR="00C77F05">
        <w:t xml:space="preserve"> </w:t>
      </w:r>
      <w:r w:rsidRPr="00D33D84">
        <w:t>tempestiva,</w:t>
      </w:r>
      <w:r w:rsidR="00C77F05">
        <w:t xml:space="preserve"> </w:t>
      </w:r>
      <w:r w:rsidRPr="00D33D84">
        <w:t>íntegra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acessível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edital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seus</w:t>
      </w:r>
      <w:r w:rsidR="00C77F05">
        <w:t xml:space="preserve"> </w:t>
      </w:r>
      <w:r w:rsidRPr="00D33D84">
        <w:t>anexos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Portal</w:t>
      </w:r>
      <w:r w:rsidR="00C77F05">
        <w:t xml:space="preserve"> </w:t>
      </w:r>
      <w:r w:rsidRPr="00D33D84">
        <w:t>Nacional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Contratações</w:t>
      </w:r>
      <w:r w:rsidR="00C77F05">
        <w:t xml:space="preserve"> </w:t>
      </w:r>
      <w:r w:rsidRPr="00D33D84">
        <w:t>Públicas</w:t>
      </w:r>
      <w:r w:rsidR="00C77F05">
        <w:t xml:space="preserve"> </w:t>
      </w:r>
      <w:r w:rsidRPr="00D33D84">
        <w:t>-</w:t>
      </w:r>
      <w:r w:rsidR="00C77F05">
        <w:t xml:space="preserve"> </w:t>
      </w:r>
      <w:r w:rsidRPr="00D33D84">
        <w:t>PNCP.</w:t>
      </w:r>
      <w:r w:rsidR="00C77F05">
        <w:t xml:space="preserve"> </w:t>
      </w:r>
      <w:r w:rsidRPr="00D33D84">
        <w:t>Também</w:t>
      </w:r>
      <w:r w:rsidR="00C77F05">
        <w:t xml:space="preserve"> </w:t>
      </w:r>
      <w:r w:rsidRPr="00D33D84">
        <w:t>se</w:t>
      </w:r>
      <w:r w:rsidR="00C77F05">
        <w:t xml:space="preserve"> </w:t>
      </w:r>
      <w:r w:rsidRPr="00D33D84">
        <w:t>constatou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Termo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Referência,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pesquisa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preços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os</w:t>
      </w:r>
      <w:r w:rsidR="00C77F05">
        <w:t xml:space="preserve"> </w:t>
      </w:r>
      <w:r w:rsidRPr="00D33D84">
        <w:t>anexos</w:t>
      </w:r>
      <w:r w:rsidR="00C77F05">
        <w:t xml:space="preserve"> </w:t>
      </w:r>
      <w:r w:rsidRPr="00D33D84">
        <w:t>técnicos</w:t>
      </w:r>
      <w:r w:rsidR="00C77F05">
        <w:t xml:space="preserve"> </w:t>
      </w:r>
      <w:r w:rsidRPr="00D33D84">
        <w:t>somente</w:t>
      </w:r>
      <w:r w:rsidR="00C77F05">
        <w:t xml:space="preserve"> </w:t>
      </w:r>
      <w:r w:rsidRPr="00D33D84">
        <w:t>eram</w:t>
      </w:r>
      <w:r w:rsidR="00C77F05">
        <w:t xml:space="preserve"> </w:t>
      </w:r>
      <w:r w:rsidRPr="00D33D84">
        <w:t>fornecidos</w:t>
      </w:r>
      <w:r w:rsidR="00C77F05">
        <w:t xml:space="preserve"> </w:t>
      </w:r>
      <w:r w:rsidRPr="00D33D84">
        <w:t>mediante</w:t>
      </w:r>
      <w:r w:rsidR="00C77F05">
        <w:t xml:space="preserve"> </w:t>
      </w:r>
      <w:r w:rsidRPr="00D33D84">
        <w:t>solicitação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e-mail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cadastro</w:t>
      </w:r>
      <w:r w:rsidR="00C77F05">
        <w:t xml:space="preserve"> </w:t>
      </w:r>
      <w:r w:rsidRPr="00D33D84">
        <w:t>prévio,</w:t>
      </w:r>
      <w:r w:rsidR="00C77F05">
        <w:t xml:space="preserve"> </w:t>
      </w:r>
      <w:r w:rsidRPr="00D33D84">
        <w:t>conforme</w:t>
      </w:r>
      <w:r w:rsidR="00C77F05">
        <w:t xml:space="preserve"> </w:t>
      </w:r>
      <w:r w:rsidRPr="00D33D84">
        <w:t>documentos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&lt;&lt;fls.&gt;&gt;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&lt;&lt;p.&gt;&gt;</w:t>
      </w:r>
      <w:r w:rsidR="00C77F05">
        <w:t xml:space="preserve"> </w:t>
      </w:r>
      <w:r w:rsidRPr="00D33D84">
        <w:t>&lt;&lt;</w:t>
      </w:r>
      <w:proofErr w:type="spellStart"/>
      <w:r w:rsidRPr="00D33D84">
        <w:t>xxx-xxx</w:t>
      </w:r>
      <w:proofErr w:type="spellEnd"/>
      <w:r w:rsidRPr="00D33D84">
        <w:t>&gt;&gt;.</w:t>
      </w:r>
    </w:p>
    <w:p w14:paraId="2676C4F6" w14:textId="35EB4CD9" w:rsidR="00164B4B" w:rsidRPr="00D33D84" w:rsidRDefault="007E53F0">
      <w:pPr>
        <w:spacing w:after="120"/>
        <w:ind w:firstLine="709"/>
        <w:jc w:val="both"/>
      </w:pPr>
      <w:r w:rsidRPr="00D33D84">
        <w:t>Na</w:t>
      </w:r>
      <w:r w:rsidR="00C77F05">
        <w:t xml:space="preserve"> </w:t>
      </w:r>
      <w:r w:rsidRPr="00D33D84">
        <w:t>Lei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14.133/2021,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divulgação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manutenção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inteiro</w:t>
      </w:r>
      <w:r w:rsidR="00C77F05">
        <w:t xml:space="preserve"> </w:t>
      </w:r>
      <w:r w:rsidRPr="00D33D84">
        <w:t>teor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edital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seus</w:t>
      </w:r>
      <w:r w:rsidR="00C77F05">
        <w:t xml:space="preserve"> </w:t>
      </w:r>
      <w:r w:rsidRPr="00D33D84">
        <w:t>anexos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PNCP</w:t>
      </w:r>
      <w:r w:rsidR="00C77F05">
        <w:t xml:space="preserve"> </w:t>
      </w:r>
      <w:r w:rsidRPr="00D33D84">
        <w:t>constituem</w:t>
      </w:r>
      <w:r w:rsidR="00C77F05">
        <w:t xml:space="preserve"> </w:t>
      </w:r>
      <w:r w:rsidRPr="00D33D84">
        <w:t>eixo</w:t>
      </w:r>
      <w:r w:rsidR="00C77F05">
        <w:t xml:space="preserve"> </w:t>
      </w:r>
      <w:r w:rsidRPr="00D33D84">
        <w:t>central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publicidade</w:t>
      </w:r>
      <w:r w:rsidR="00C77F05">
        <w:t xml:space="preserve"> </w:t>
      </w:r>
      <w:r w:rsidRPr="00D33D84">
        <w:t>das</w:t>
      </w:r>
      <w:r w:rsidR="00C77F05">
        <w:t xml:space="preserve"> </w:t>
      </w:r>
      <w:r w:rsidRPr="00D33D84">
        <w:t>contratações.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publicidade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se</w:t>
      </w:r>
      <w:r w:rsidR="00C77F05">
        <w:t xml:space="preserve"> </w:t>
      </w:r>
      <w:r w:rsidRPr="00D33D84">
        <w:t>satisfaz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aviso</w:t>
      </w:r>
      <w:r w:rsidR="00C77F05">
        <w:t xml:space="preserve"> </w:t>
      </w:r>
      <w:r w:rsidRPr="00D33D84">
        <w:t>genérico.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mercado</w:t>
      </w:r>
      <w:r w:rsidR="00C77F05">
        <w:t xml:space="preserve"> </w:t>
      </w:r>
      <w:r w:rsidRPr="00D33D84">
        <w:t>possa</w:t>
      </w:r>
      <w:r w:rsidR="00C77F05">
        <w:t xml:space="preserve"> </w:t>
      </w:r>
      <w:r w:rsidRPr="00D33D84">
        <w:t>formular</w:t>
      </w:r>
      <w:r w:rsidR="00C77F05">
        <w:t xml:space="preserve"> </w:t>
      </w:r>
      <w:r w:rsidRPr="00D33D84">
        <w:t>proposta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licitantes,</w:t>
      </w:r>
      <w:r w:rsidR="00C77F05">
        <w:t xml:space="preserve"> </w:t>
      </w:r>
      <w:r w:rsidRPr="00D33D84">
        <w:t>controle</w:t>
      </w:r>
      <w:r w:rsidR="00C77F05">
        <w:t xml:space="preserve"> </w:t>
      </w:r>
      <w:r w:rsidRPr="00D33D84">
        <w:t>interno,</w:t>
      </w:r>
      <w:r w:rsidR="00C77F05">
        <w:t xml:space="preserve"> </w:t>
      </w:r>
      <w:r w:rsidRPr="00D33D84">
        <w:t>controle</w:t>
      </w:r>
      <w:r w:rsidR="00C77F05">
        <w:t xml:space="preserve"> </w:t>
      </w:r>
      <w:r w:rsidRPr="00D33D84">
        <w:t>externo,</w:t>
      </w:r>
      <w:r w:rsidR="00C77F05">
        <w:t xml:space="preserve"> </w:t>
      </w:r>
      <w:r w:rsidRPr="00D33D84">
        <w:t>imprensa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sociedade</w:t>
      </w:r>
      <w:r w:rsidR="00C77F05">
        <w:t xml:space="preserve"> </w:t>
      </w:r>
      <w:r w:rsidRPr="00D33D84">
        <w:t>possam</w:t>
      </w:r>
      <w:r w:rsidR="00C77F05">
        <w:t xml:space="preserve"> </w:t>
      </w:r>
      <w:r w:rsidRPr="00D33D84">
        <w:t>acompanhar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procedimento,</w:t>
      </w:r>
      <w:r w:rsidR="00C77F05">
        <w:t xml:space="preserve"> </w:t>
      </w:r>
      <w:r w:rsidRPr="00D33D84">
        <w:t>é</w:t>
      </w:r>
      <w:r w:rsidR="00C77F05">
        <w:t xml:space="preserve"> </w:t>
      </w:r>
      <w:r w:rsidRPr="00D33D84">
        <w:t>necessário</w:t>
      </w:r>
      <w:r w:rsidR="00C77F05">
        <w:t xml:space="preserve"> </w:t>
      </w:r>
      <w:r w:rsidRPr="00D33D84">
        <w:t>acesso</w:t>
      </w:r>
      <w:r w:rsidR="00C77F05">
        <w:t xml:space="preserve"> </w:t>
      </w:r>
      <w:r w:rsidRPr="00D33D84">
        <w:t>amplo,</w:t>
      </w:r>
      <w:r w:rsidR="00C77F05">
        <w:t xml:space="preserve"> </w:t>
      </w:r>
      <w:r w:rsidRPr="00D33D84">
        <w:t>direto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completo</w:t>
      </w:r>
      <w:r w:rsidR="00C77F05">
        <w:t xml:space="preserve"> </w:t>
      </w:r>
      <w:r w:rsidRPr="00D33D84">
        <w:t>aos</w:t>
      </w:r>
      <w:r w:rsidR="00C77F05">
        <w:t xml:space="preserve"> </w:t>
      </w:r>
      <w:r w:rsidRPr="00D33D84">
        <w:t>documentos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definem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contratação.</w:t>
      </w:r>
    </w:p>
    <w:p w14:paraId="356ECA9D" w14:textId="210D0E66" w:rsidR="00164B4B" w:rsidRPr="00D33D84" w:rsidRDefault="007E53F0">
      <w:pPr>
        <w:spacing w:after="120"/>
        <w:ind w:firstLine="709"/>
        <w:jc w:val="both"/>
      </w:pPr>
      <w:r w:rsidRPr="00D33D84">
        <w:t>A</w:t>
      </w:r>
      <w:r w:rsidR="00C77F05">
        <w:t xml:space="preserve"> </w:t>
      </w:r>
      <w:r w:rsidRPr="00D33D84">
        <w:t>exigência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cadastro</w:t>
      </w:r>
      <w:r w:rsidR="00C77F05">
        <w:t xml:space="preserve"> </w:t>
      </w:r>
      <w:r w:rsidRPr="00D33D84">
        <w:t>prévio,</w:t>
      </w:r>
      <w:r w:rsidR="00C77F05">
        <w:t xml:space="preserve"> </w:t>
      </w:r>
      <w:r w:rsidRPr="00D33D84">
        <w:t>requerimento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identificação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obter</w:t>
      </w:r>
      <w:r w:rsidR="00C77F05">
        <w:t xml:space="preserve"> </w:t>
      </w:r>
      <w:proofErr w:type="gramStart"/>
      <w:r w:rsidRPr="00D33D84">
        <w:t>edital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anexos</w:t>
      </w:r>
      <w:proofErr w:type="gramEnd"/>
      <w:r w:rsidR="00C77F05">
        <w:t xml:space="preserve"> </w:t>
      </w:r>
      <w:r w:rsidRPr="00D33D84">
        <w:t>cria</w:t>
      </w:r>
      <w:r w:rsidR="00C77F05">
        <w:t xml:space="preserve"> </w:t>
      </w:r>
      <w:r w:rsidRPr="00D33D84">
        <w:t>embaraço</w:t>
      </w:r>
      <w:r w:rsidR="00C77F05">
        <w:t xml:space="preserve"> </w:t>
      </w:r>
      <w:r w:rsidRPr="00D33D84">
        <w:t>indevido</w:t>
      </w:r>
      <w:r w:rsidR="00C77F05">
        <w:t xml:space="preserve"> </w:t>
      </w:r>
      <w:r w:rsidRPr="00D33D84">
        <w:t>ao</w:t>
      </w:r>
      <w:r w:rsidR="00C77F05">
        <w:t xml:space="preserve"> </w:t>
      </w:r>
      <w:r w:rsidRPr="00D33D84">
        <w:t>acesso</w:t>
      </w:r>
      <w:r w:rsidR="00C77F05">
        <w:t xml:space="preserve"> </w:t>
      </w:r>
      <w:r w:rsidRPr="00D33D84">
        <w:t>à</w:t>
      </w:r>
      <w:r w:rsidR="00C77F05">
        <w:t xml:space="preserve"> </w:t>
      </w:r>
      <w:r w:rsidRPr="00D33D84">
        <w:t>informação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permite</w:t>
      </w:r>
      <w:r w:rsidR="00C77F05">
        <w:t xml:space="preserve"> </w:t>
      </w:r>
      <w:r w:rsidRPr="00D33D84">
        <w:t>conhecer</w:t>
      </w:r>
      <w:r w:rsidR="00C77F05">
        <w:t xml:space="preserve"> </w:t>
      </w:r>
      <w:r w:rsidRPr="00D33D84">
        <w:t>previamente</w:t>
      </w:r>
      <w:r w:rsidR="00C77F05">
        <w:t xml:space="preserve"> </w:t>
      </w:r>
      <w:r w:rsidRPr="00D33D84">
        <w:t>os</w:t>
      </w:r>
      <w:r w:rsidR="00C77F05">
        <w:t xml:space="preserve"> </w:t>
      </w:r>
      <w:r w:rsidRPr="00D33D84">
        <w:t>interessados.</w:t>
      </w:r>
      <w:r w:rsidR="00C77F05">
        <w:t xml:space="preserve"> </w:t>
      </w:r>
      <w:r w:rsidRPr="00D33D84">
        <w:t>Essa</w:t>
      </w:r>
      <w:r w:rsidR="00C77F05">
        <w:t xml:space="preserve"> </w:t>
      </w:r>
      <w:r w:rsidRPr="00D33D84">
        <w:t>circunstância,</w:t>
      </w:r>
      <w:r w:rsidR="00C77F05">
        <w:t xml:space="preserve"> </w:t>
      </w:r>
      <w:r w:rsidRPr="00D33D84">
        <w:t>além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reduzir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competitividade,</w:t>
      </w:r>
      <w:r w:rsidR="00C77F05">
        <w:t xml:space="preserve"> </w:t>
      </w:r>
      <w:r w:rsidRPr="00D33D84">
        <w:t>pode</w:t>
      </w:r>
      <w:r w:rsidR="00C77F05">
        <w:t xml:space="preserve"> </w:t>
      </w:r>
      <w:r w:rsidRPr="00D33D84">
        <w:t>facilitar</w:t>
      </w:r>
      <w:r w:rsidR="00C77F05">
        <w:t xml:space="preserve"> </w:t>
      </w:r>
      <w:r w:rsidRPr="00D33D84">
        <w:t>contato</w:t>
      </w:r>
      <w:r w:rsidR="00C77F05">
        <w:t xml:space="preserve"> </w:t>
      </w:r>
      <w:r w:rsidRPr="00D33D84">
        <w:t>indevido,</w:t>
      </w:r>
      <w:r w:rsidR="00C77F05">
        <w:t xml:space="preserve"> </w:t>
      </w:r>
      <w:r w:rsidRPr="00D33D84">
        <w:t>pressão,</w:t>
      </w:r>
      <w:r w:rsidR="00C77F05">
        <w:t xml:space="preserve"> </w:t>
      </w:r>
      <w:r w:rsidRPr="00D33D84">
        <w:t>cooptação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combinação</w:t>
      </w:r>
      <w:r w:rsidR="00C77F05">
        <w:t xml:space="preserve"> </w:t>
      </w:r>
      <w:r w:rsidRPr="00D33D84">
        <w:t>entre</w:t>
      </w:r>
      <w:r w:rsidR="00C77F05">
        <w:t xml:space="preserve"> </w:t>
      </w:r>
      <w:r w:rsidRPr="00D33D84">
        <w:t>participantes.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caso</w:t>
      </w:r>
      <w:r w:rsidR="00C77F05">
        <w:t xml:space="preserve"> </w:t>
      </w:r>
      <w:r w:rsidRPr="00D33D84">
        <w:t>analisado,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publicidade</w:t>
      </w:r>
      <w:r w:rsidR="00C77F05">
        <w:t xml:space="preserve"> </w:t>
      </w:r>
      <w:r w:rsidRPr="00D33D84">
        <w:t>precária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considerada</w:t>
      </w:r>
      <w:r w:rsidR="00C77F05">
        <w:t xml:space="preserve"> </w:t>
      </w:r>
      <w:r w:rsidRPr="00D33D84">
        <w:t>um</w:t>
      </w:r>
      <w:r w:rsidR="00C77F05">
        <w:t xml:space="preserve"> </w:t>
      </w:r>
      <w:r w:rsidRPr="00D33D84">
        <w:t>dos</w:t>
      </w:r>
      <w:r w:rsidR="00C77F05">
        <w:t xml:space="preserve"> </w:t>
      </w:r>
      <w:r w:rsidRPr="00D33D84">
        <w:t>elementos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suporte</w:t>
      </w:r>
      <w:r w:rsidR="00C77F05">
        <w:t xml:space="preserve"> </w:t>
      </w:r>
      <w:r w:rsidRPr="00D33D84">
        <w:t>à</w:t>
      </w:r>
      <w:r w:rsidR="00C77F05">
        <w:t xml:space="preserve"> </w:t>
      </w:r>
      <w:r w:rsidRPr="00D33D84">
        <w:t>conclusão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direcionamento,</w:t>
      </w:r>
      <w:r w:rsidR="00C77F05">
        <w:t xml:space="preserve"> </w:t>
      </w:r>
      <w:r w:rsidRPr="00D33D84">
        <w:t>especialmente</w:t>
      </w:r>
      <w:r w:rsidR="00C77F05">
        <w:t xml:space="preserve"> </w:t>
      </w:r>
      <w:r w:rsidRPr="00D33D84">
        <w:t>porque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certame</w:t>
      </w:r>
      <w:r w:rsidR="00C77F05">
        <w:t xml:space="preserve"> </w:t>
      </w:r>
      <w:r w:rsidRPr="00D33D84">
        <w:t>teve</w:t>
      </w:r>
      <w:r w:rsidR="00C77F05">
        <w:t xml:space="preserve"> </w:t>
      </w:r>
      <w:r w:rsidRPr="00D33D84">
        <w:t>baixa</w:t>
      </w:r>
      <w:r w:rsidR="00C77F05">
        <w:t xml:space="preserve"> </w:t>
      </w:r>
      <w:r w:rsidRPr="00D33D84">
        <w:t>participação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propostas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semelhanças</w:t>
      </w:r>
      <w:r w:rsidR="00C77F05">
        <w:t xml:space="preserve"> </w:t>
      </w:r>
      <w:r w:rsidRPr="00D33D84">
        <w:t>incomuns.</w:t>
      </w:r>
    </w:p>
    <w:p w14:paraId="1982CFD3" w14:textId="77777777" w:rsidR="00146D27" w:rsidRDefault="00146D27">
      <w:pPr>
        <w:rPr>
          <w:b/>
          <w:sz w:val="26"/>
        </w:rPr>
      </w:pPr>
      <w:r>
        <w:rPr>
          <w:b/>
          <w:sz w:val="26"/>
        </w:rPr>
        <w:br w:type="page"/>
      </w:r>
    </w:p>
    <w:p w14:paraId="765FBA2E" w14:textId="447001AA" w:rsidR="00164B4B" w:rsidRPr="00D33D84" w:rsidRDefault="007E53F0">
      <w:pPr>
        <w:spacing w:before="200" w:after="120"/>
      </w:pPr>
      <w:r w:rsidRPr="00D33D84">
        <w:rPr>
          <w:b/>
          <w:sz w:val="26"/>
        </w:rPr>
        <w:lastRenderedPageBreak/>
        <w:t>5.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Análise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do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Julgamento,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da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Habilitação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e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da</w:t>
      </w:r>
      <w:r w:rsidR="00C77F05">
        <w:rPr>
          <w:b/>
          <w:sz w:val="26"/>
        </w:rPr>
        <w:t xml:space="preserve"> </w:t>
      </w:r>
      <w:proofErr w:type="gramStart"/>
      <w:r w:rsidRPr="00D33D84">
        <w:rPr>
          <w:b/>
          <w:sz w:val="26"/>
        </w:rPr>
        <w:t>Adjudicação</w:t>
      </w:r>
      <w:proofErr w:type="gramEnd"/>
    </w:p>
    <w:p w14:paraId="51766C0C" w14:textId="24EC9695" w:rsidR="00164B4B" w:rsidRPr="00D33D84" w:rsidRDefault="007E53F0">
      <w:pPr>
        <w:spacing w:before="120" w:after="120"/>
      </w:pPr>
      <w:proofErr w:type="gramStart"/>
      <w:r w:rsidRPr="00D33D84">
        <w:rPr>
          <w:b/>
        </w:rPr>
        <w:t>5.</w:t>
      </w:r>
      <w:proofErr w:type="gramEnd"/>
      <w:r w:rsidRPr="00D33D84">
        <w:rPr>
          <w:b/>
        </w:rPr>
        <w:t>a)</w:t>
      </w:r>
      <w:r w:rsidR="00C77F05">
        <w:rPr>
          <w:b/>
        </w:rPr>
        <w:t xml:space="preserve"> </w:t>
      </w:r>
      <w:r w:rsidRPr="00D33D84">
        <w:rPr>
          <w:b/>
        </w:rPr>
        <w:t>Descumprimento</w:t>
      </w:r>
      <w:r w:rsidR="00C77F05">
        <w:rPr>
          <w:b/>
        </w:rPr>
        <w:t xml:space="preserve"> </w:t>
      </w:r>
      <w:r w:rsidRPr="00D33D84">
        <w:rPr>
          <w:b/>
        </w:rPr>
        <w:t>de</w:t>
      </w:r>
      <w:r w:rsidR="00C77F05">
        <w:rPr>
          <w:b/>
        </w:rPr>
        <w:t xml:space="preserve"> </w:t>
      </w:r>
      <w:r w:rsidRPr="00D33D84">
        <w:rPr>
          <w:b/>
        </w:rPr>
        <w:t>regras</w:t>
      </w:r>
      <w:r w:rsidR="00C77F05">
        <w:rPr>
          <w:b/>
        </w:rPr>
        <w:t xml:space="preserve"> </w:t>
      </w:r>
      <w:r w:rsidRPr="00D33D84">
        <w:rPr>
          <w:b/>
        </w:rPr>
        <w:t>fixadas</w:t>
      </w:r>
      <w:r w:rsidR="00C77F05">
        <w:rPr>
          <w:b/>
        </w:rPr>
        <w:t xml:space="preserve"> </w:t>
      </w:r>
      <w:r w:rsidRPr="00D33D84">
        <w:rPr>
          <w:b/>
        </w:rPr>
        <w:t>no</w:t>
      </w:r>
      <w:r w:rsidR="00C77F05">
        <w:rPr>
          <w:b/>
        </w:rPr>
        <w:t xml:space="preserve"> </w:t>
      </w:r>
      <w:r w:rsidRPr="00D33D84">
        <w:rPr>
          <w:b/>
        </w:rPr>
        <w:t>edital</w:t>
      </w:r>
      <w:r w:rsidR="00C77F05">
        <w:rPr>
          <w:b/>
        </w:rPr>
        <w:t xml:space="preserve"> </w:t>
      </w:r>
      <w:r w:rsidRPr="00D33D84">
        <w:rPr>
          <w:b/>
        </w:rPr>
        <w:t>e</w:t>
      </w:r>
      <w:r w:rsidR="00C77F05">
        <w:rPr>
          <w:b/>
        </w:rPr>
        <w:t xml:space="preserve"> </w:t>
      </w:r>
      <w:r w:rsidRPr="00D33D84">
        <w:rPr>
          <w:b/>
        </w:rPr>
        <w:t>inabilitação</w:t>
      </w:r>
      <w:r w:rsidR="00C77F05">
        <w:rPr>
          <w:b/>
        </w:rPr>
        <w:t xml:space="preserve"> </w:t>
      </w:r>
      <w:r w:rsidRPr="00D33D84">
        <w:rPr>
          <w:b/>
        </w:rPr>
        <w:t>indevida</w:t>
      </w:r>
      <w:r w:rsidR="00C77F05">
        <w:rPr>
          <w:b/>
        </w:rPr>
        <w:t xml:space="preserve"> </w:t>
      </w:r>
      <w:r w:rsidRPr="00D33D84">
        <w:rPr>
          <w:b/>
        </w:rPr>
        <w:t>de</w:t>
      </w:r>
      <w:r w:rsidR="00C77F05">
        <w:rPr>
          <w:b/>
        </w:rPr>
        <w:t xml:space="preserve"> </w:t>
      </w:r>
      <w:r w:rsidRPr="00D33D84">
        <w:rPr>
          <w:b/>
        </w:rPr>
        <w:t>licitante</w:t>
      </w:r>
    </w:p>
    <w:p w14:paraId="471BF395" w14:textId="54E45E2D" w:rsidR="00164B4B" w:rsidRPr="00D33D84" w:rsidRDefault="007E53F0">
      <w:pPr>
        <w:spacing w:after="120"/>
        <w:ind w:firstLine="709"/>
        <w:jc w:val="both"/>
      </w:pPr>
      <w:r w:rsidRPr="00D33D84">
        <w:t>O</w:t>
      </w:r>
      <w:r w:rsidR="00C77F05">
        <w:t xml:space="preserve"> </w:t>
      </w:r>
      <w:r w:rsidRPr="00D33D84">
        <w:t>edital</w:t>
      </w:r>
      <w:r w:rsidR="00C77F05">
        <w:t xml:space="preserve"> </w:t>
      </w:r>
      <w:r w:rsidRPr="00D33D84">
        <w:t>vedou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participação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empresa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vínculo</w:t>
      </w:r>
      <w:r w:rsidR="00C77F05">
        <w:t xml:space="preserve"> </w:t>
      </w:r>
      <w:r w:rsidRPr="00D33D84">
        <w:t>relevante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agente</w:t>
      </w:r>
      <w:r w:rsidR="00C77F05">
        <w:t xml:space="preserve"> </w:t>
      </w:r>
      <w:r w:rsidRPr="00D33D84">
        <w:t>público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atuasse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contratação.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entanto,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agente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contratação</w:t>
      </w:r>
      <w:r w:rsidR="00C77F05">
        <w:t xml:space="preserve"> </w:t>
      </w:r>
      <w:r w:rsidRPr="00D33D84">
        <w:t>aceitou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empresa</w:t>
      </w:r>
      <w:r w:rsidR="00C77F05">
        <w:t xml:space="preserve"> </w:t>
      </w:r>
      <w:r w:rsidRPr="00D33D84">
        <w:t>vencedora,</w:t>
      </w:r>
      <w:r w:rsidR="00C77F05">
        <w:t xml:space="preserve"> </w:t>
      </w:r>
      <w:r w:rsidRPr="00D33D84">
        <w:t>embora</w:t>
      </w:r>
      <w:r w:rsidR="00C77F05">
        <w:t xml:space="preserve"> </w:t>
      </w:r>
      <w:r w:rsidRPr="00D33D84">
        <w:t>sua</w:t>
      </w:r>
      <w:r w:rsidR="00C77F05">
        <w:t xml:space="preserve"> </w:t>
      </w:r>
      <w:r w:rsidRPr="00D33D84">
        <w:t>sócia-administradora</w:t>
      </w:r>
      <w:r w:rsidR="00C77F05">
        <w:t xml:space="preserve"> </w:t>
      </w:r>
      <w:r w:rsidRPr="00D33D84">
        <w:t>fosse</w:t>
      </w:r>
      <w:r w:rsidR="00C77F05">
        <w:t xml:space="preserve"> </w:t>
      </w:r>
      <w:r w:rsidRPr="00D33D84">
        <w:t>&lt;&lt;</w:t>
      </w:r>
      <w:proofErr w:type="gramStart"/>
      <w:r w:rsidRPr="00D33D84">
        <w:t>servidora</w:t>
      </w:r>
      <w:proofErr w:type="gramEnd"/>
      <w:r w:rsidRPr="00D33D84">
        <w:t>/assessora/agente</w:t>
      </w:r>
      <w:r w:rsidR="00C77F05">
        <w:t xml:space="preserve"> </w:t>
      </w:r>
      <w:r w:rsidRPr="00D33D84">
        <w:t>vinculada</w:t>
      </w:r>
      <w:r w:rsidR="00C77F05">
        <w:t xml:space="preserve"> </w:t>
      </w:r>
      <w:r w:rsidRPr="00D33D84">
        <w:t>à</w:t>
      </w:r>
      <w:r w:rsidR="00C77F05">
        <w:t xml:space="preserve"> </w:t>
      </w:r>
      <w:r w:rsidRPr="00D33D84">
        <w:t>área</w:t>
      </w:r>
      <w:r w:rsidR="00C77F05">
        <w:t xml:space="preserve"> </w:t>
      </w:r>
      <w:r w:rsidRPr="00D33D84">
        <w:t>requisitante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à</w:t>
      </w:r>
      <w:r w:rsidR="00C77F05">
        <w:t xml:space="preserve"> </w:t>
      </w:r>
      <w:r w:rsidRPr="00D33D84">
        <w:t>gestão</w:t>
      </w:r>
      <w:r w:rsidR="00C77F05">
        <w:t xml:space="preserve"> </w:t>
      </w:r>
      <w:r w:rsidRPr="00D33D84">
        <w:t>contratual&gt;&gt;,</w:t>
      </w:r>
      <w:r w:rsidR="00C77F05">
        <w:t xml:space="preserve"> </w:t>
      </w:r>
      <w:r w:rsidRPr="00D33D84">
        <w:t>conforme</w:t>
      </w:r>
      <w:r w:rsidR="00C77F05">
        <w:t xml:space="preserve"> </w:t>
      </w:r>
      <w:r w:rsidRPr="00D33D84">
        <w:t>demonstrado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item</w:t>
      </w:r>
      <w:r w:rsidR="00C77F05">
        <w:t xml:space="preserve"> </w:t>
      </w:r>
      <w:r w:rsidRPr="00D33D84">
        <w:t>5.b.</w:t>
      </w:r>
    </w:p>
    <w:p w14:paraId="165C7233" w14:textId="6C471278" w:rsidR="00164B4B" w:rsidRPr="00D33D84" w:rsidRDefault="007E53F0">
      <w:pPr>
        <w:spacing w:after="120"/>
        <w:ind w:firstLine="709"/>
        <w:jc w:val="both"/>
      </w:pPr>
      <w:r w:rsidRPr="00D33D84">
        <w:t>Além</w:t>
      </w:r>
      <w:r w:rsidR="00C77F05">
        <w:t xml:space="preserve"> </w:t>
      </w:r>
      <w:r w:rsidRPr="00D33D84">
        <w:t>disso,</w:t>
      </w:r>
      <w:r w:rsidR="00C77F05">
        <w:t xml:space="preserve"> </w:t>
      </w:r>
      <w:r w:rsidRPr="00D33D84">
        <w:t>constatou-se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licitante</w:t>
      </w:r>
      <w:r w:rsidR="00C77F05">
        <w:t xml:space="preserve"> </w:t>
      </w:r>
      <w:r w:rsidRPr="00D33D84">
        <w:t>&lt;&lt;C&gt;&gt;</w:t>
      </w:r>
      <w:r w:rsidR="00C77F05">
        <w:t xml:space="preserve"> </w:t>
      </w:r>
      <w:r w:rsidRPr="00D33D84">
        <w:t>foi</w:t>
      </w:r>
      <w:r w:rsidR="00C77F05">
        <w:t xml:space="preserve"> </w:t>
      </w:r>
      <w:r w:rsidRPr="00D33D84">
        <w:t>inabilitada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supostamente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atender</w:t>
      </w:r>
      <w:r w:rsidR="00C77F05">
        <w:t xml:space="preserve"> </w:t>
      </w:r>
      <w:r w:rsidRPr="00D33D84">
        <w:t>ao</w:t>
      </w:r>
      <w:r w:rsidR="00C77F05">
        <w:t xml:space="preserve"> </w:t>
      </w:r>
      <w:r w:rsidRPr="00D33D84">
        <w:t>índice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liquidez</w:t>
      </w:r>
      <w:r w:rsidR="00C77F05">
        <w:t xml:space="preserve"> </w:t>
      </w:r>
      <w:r w:rsidRPr="00D33D84">
        <w:t>exigido.</w:t>
      </w:r>
      <w:r w:rsidR="00C77F05">
        <w:t xml:space="preserve"> </w:t>
      </w:r>
      <w:r w:rsidRPr="00D33D84">
        <w:t>Entretanto,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balanço</w:t>
      </w:r>
      <w:r w:rsidR="00C77F05">
        <w:t xml:space="preserve"> </w:t>
      </w:r>
      <w:r w:rsidRPr="00D33D84">
        <w:t>contábil</w:t>
      </w:r>
      <w:r w:rsidR="00C77F05">
        <w:t xml:space="preserve"> </w:t>
      </w:r>
      <w:r w:rsidRPr="00D33D84">
        <w:t>juntado</w:t>
      </w:r>
      <w:r w:rsidR="00C77F05">
        <w:t xml:space="preserve"> </w:t>
      </w:r>
      <w:r w:rsidRPr="00D33D84">
        <w:t>ao</w:t>
      </w:r>
      <w:r w:rsidR="00C77F05">
        <w:t xml:space="preserve"> </w:t>
      </w:r>
      <w:r w:rsidRPr="00D33D84">
        <w:t>processo</w:t>
      </w:r>
      <w:r w:rsidR="00C77F05">
        <w:t xml:space="preserve"> </w:t>
      </w:r>
      <w:r w:rsidRPr="00D33D84">
        <w:t>demonstra</w:t>
      </w:r>
      <w:r w:rsidR="00C77F05">
        <w:t xml:space="preserve"> </w:t>
      </w:r>
      <w:r w:rsidRPr="00D33D84">
        <w:t>índice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&lt;&lt;2,3&gt;&gt;,</w:t>
      </w:r>
      <w:r w:rsidR="00C77F05">
        <w:t xml:space="preserve"> </w:t>
      </w:r>
      <w:r w:rsidRPr="00D33D84">
        <w:t>superior</w:t>
      </w:r>
      <w:r w:rsidR="00C77F05">
        <w:t xml:space="preserve"> </w:t>
      </w:r>
      <w:r w:rsidRPr="00D33D84">
        <w:t>ao</w:t>
      </w:r>
      <w:r w:rsidR="00C77F05">
        <w:t xml:space="preserve"> </w:t>
      </w:r>
      <w:r w:rsidRPr="00D33D84">
        <w:t>mínimo</w:t>
      </w:r>
      <w:r w:rsidR="00C77F05">
        <w:t xml:space="preserve"> </w:t>
      </w:r>
      <w:proofErr w:type="spellStart"/>
      <w:r w:rsidRPr="00D33D84">
        <w:t>editalício</w:t>
      </w:r>
      <w:proofErr w:type="spellEnd"/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&lt;&lt;1,0&gt;&gt;.</w:t>
      </w:r>
      <w:r w:rsidR="00C77F05">
        <w:t xml:space="preserve"> </w:t>
      </w:r>
      <w:r w:rsidRPr="00D33D84">
        <w:t>Mesmo</w:t>
      </w:r>
      <w:r w:rsidR="00C77F05">
        <w:t xml:space="preserve"> </w:t>
      </w:r>
      <w:r w:rsidRPr="00D33D84">
        <w:t>assim,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empresa</w:t>
      </w:r>
      <w:r w:rsidR="00C77F05">
        <w:t xml:space="preserve"> </w:t>
      </w:r>
      <w:r w:rsidRPr="00D33D84">
        <w:t>foi</w:t>
      </w:r>
      <w:r w:rsidR="00C77F05">
        <w:t xml:space="preserve"> </w:t>
      </w:r>
      <w:r w:rsidRPr="00D33D84">
        <w:t>afastada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disputa,</w:t>
      </w:r>
      <w:r w:rsidR="00C77F05">
        <w:t xml:space="preserve"> </w:t>
      </w:r>
      <w:r w:rsidRPr="00D33D84">
        <w:t>conforme</w:t>
      </w:r>
      <w:r w:rsidR="00C77F05">
        <w:t xml:space="preserve"> </w:t>
      </w:r>
      <w:r w:rsidRPr="00D33D84">
        <w:t>ata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julgamento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&lt;&lt;fls.&gt;&gt;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&lt;&lt;p.&gt;&gt;</w:t>
      </w:r>
      <w:r w:rsidR="00C77F05">
        <w:t xml:space="preserve"> </w:t>
      </w:r>
      <w:r w:rsidRPr="00D33D84">
        <w:t>&lt;&lt;</w:t>
      </w:r>
      <w:proofErr w:type="spellStart"/>
      <w:r w:rsidRPr="00D33D84">
        <w:t>xxx-xxx</w:t>
      </w:r>
      <w:proofErr w:type="spellEnd"/>
      <w:r w:rsidRPr="00D33D84">
        <w:t>&gt;&gt;.</w:t>
      </w:r>
    </w:p>
    <w:p w14:paraId="7395C48C" w14:textId="215BD39B" w:rsidR="00164B4B" w:rsidRPr="00D33D84" w:rsidRDefault="007E53F0">
      <w:pPr>
        <w:spacing w:after="120"/>
        <w:ind w:firstLine="709"/>
        <w:jc w:val="both"/>
      </w:pPr>
      <w:r w:rsidRPr="00D33D84">
        <w:t>Essas</w:t>
      </w:r>
      <w:r w:rsidR="00C77F05">
        <w:t xml:space="preserve"> </w:t>
      </w:r>
      <w:r w:rsidRPr="00D33D84">
        <w:t>condutas</w:t>
      </w:r>
      <w:r w:rsidR="00C77F05">
        <w:t xml:space="preserve"> </w:t>
      </w:r>
      <w:r w:rsidRPr="00D33D84">
        <w:t>contrariam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vinculação</w:t>
      </w:r>
      <w:r w:rsidR="00C77F05">
        <w:t xml:space="preserve"> </w:t>
      </w:r>
      <w:r w:rsidRPr="00D33D84">
        <w:t>ao</w:t>
      </w:r>
      <w:r w:rsidR="00C77F05">
        <w:t xml:space="preserve"> </w:t>
      </w:r>
      <w:r w:rsidRPr="00D33D84">
        <w:t>edital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julgamento</w:t>
      </w:r>
      <w:r w:rsidR="00C77F05">
        <w:t xml:space="preserve"> </w:t>
      </w:r>
      <w:r w:rsidRPr="00D33D84">
        <w:t>objetivo,</w:t>
      </w:r>
      <w:r w:rsidR="00C77F05">
        <w:t xml:space="preserve"> </w:t>
      </w:r>
      <w:r w:rsidRPr="00D33D84">
        <w:t>princípios</w:t>
      </w:r>
      <w:r w:rsidR="00C77F05">
        <w:t xml:space="preserve"> </w:t>
      </w:r>
      <w:r w:rsidRPr="00D33D84">
        <w:t>expressamente</w:t>
      </w:r>
      <w:r w:rsidR="00C77F05">
        <w:t xml:space="preserve"> </w:t>
      </w:r>
      <w:r w:rsidRPr="00D33D84">
        <w:t>previstos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art.</w:t>
      </w:r>
      <w:r w:rsidR="00C77F05">
        <w:t xml:space="preserve"> </w:t>
      </w:r>
      <w:r w:rsidRPr="00D33D84">
        <w:t>5º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Lei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14.133/2021.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Administração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pode</w:t>
      </w:r>
      <w:r w:rsidR="00C77F05">
        <w:t xml:space="preserve"> </w:t>
      </w:r>
      <w:proofErr w:type="gramStart"/>
      <w:r w:rsidRPr="00D33D84">
        <w:t>flexibilizar</w:t>
      </w:r>
      <w:proofErr w:type="gramEnd"/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edital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admitir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vencedora</w:t>
      </w:r>
      <w:r w:rsidR="00C77F05">
        <w:t xml:space="preserve"> </w:t>
      </w:r>
      <w:r w:rsidRPr="00D33D84">
        <w:t>e,</w:t>
      </w:r>
      <w:r w:rsidR="00C77F05">
        <w:t xml:space="preserve"> </w:t>
      </w:r>
      <w:r w:rsidRPr="00D33D84">
        <w:t>simultaneamente,</w:t>
      </w:r>
      <w:r w:rsidR="00C77F05">
        <w:t xml:space="preserve"> </w:t>
      </w:r>
      <w:r w:rsidRPr="00D33D84">
        <w:t>aplicar</w:t>
      </w:r>
      <w:r w:rsidR="00C77F05">
        <w:t xml:space="preserve"> </w:t>
      </w:r>
      <w:r w:rsidRPr="00D33D84">
        <w:t>leitura</w:t>
      </w:r>
      <w:r w:rsidR="00C77F05">
        <w:t xml:space="preserve"> </w:t>
      </w:r>
      <w:r w:rsidRPr="00D33D84">
        <w:t>mais</w:t>
      </w:r>
      <w:r w:rsidR="00C77F05">
        <w:t xml:space="preserve"> </w:t>
      </w:r>
      <w:r w:rsidRPr="00D33D84">
        <w:t>severa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equivocada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afastar</w:t>
      </w:r>
      <w:r w:rsidR="00C77F05">
        <w:t xml:space="preserve"> </w:t>
      </w:r>
      <w:r w:rsidRPr="00D33D84">
        <w:t>concorrente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atendia</w:t>
      </w:r>
      <w:r w:rsidR="00C77F05">
        <w:t xml:space="preserve"> </w:t>
      </w:r>
      <w:r w:rsidRPr="00D33D84">
        <w:t>aos</w:t>
      </w:r>
      <w:r w:rsidR="00C77F05">
        <w:t xml:space="preserve"> </w:t>
      </w:r>
      <w:r w:rsidRPr="00D33D84">
        <w:t>requisitos.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atuação</w:t>
      </w:r>
      <w:r w:rsidR="00C77F05">
        <w:t xml:space="preserve"> </w:t>
      </w:r>
      <w:r w:rsidRPr="00D33D84">
        <w:t>assimétrica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julgamento</w:t>
      </w:r>
      <w:r w:rsidR="00C77F05">
        <w:t xml:space="preserve"> </w:t>
      </w:r>
      <w:r w:rsidRPr="00D33D84">
        <w:t>é</w:t>
      </w:r>
      <w:r w:rsidR="00C77F05">
        <w:t xml:space="preserve"> </w:t>
      </w:r>
      <w:r w:rsidRPr="00D33D84">
        <w:t>elemento</w:t>
      </w:r>
      <w:r w:rsidR="00C77F05">
        <w:t xml:space="preserve"> </w:t>
      </w:r>
      <w:r w:rsidRPr="00D33D84">
        <w:t>típico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direcionamento,</w:t>
      </w:r>
      <w:r w:rsidR="00C77F05">
        <w:t xml:space="preserve"> </w:t>
      </w:r>
      <w:r w:rsidRPr="00D33D84">
        <w:t>principalmente</w:t>
      </w:r>
      <w:r w:rsidR="00C77F05">
        <w:t xml:space="preserve"> </w:t>
      </w:r>
      <w:r w:rsidRPr="00D33D84">
        <w:t>quando</w:t>
      </w:r>
      <w:r w:rsidR="00C77F05">
        <w:t xml:space="preserve"> </w:t>
      </w:r>
      <w:r w:rsidRPr="00D33D84">
        <w:t>favorece</w:t>
      </w:r>
      <w:r w:rsidR="00C77F05">
        <w:t xml:space="preserve"> </w:t>
      </w:r>
      <w:r w:rsidRPr="00D33D84">
        <w:t>empresa</w:t>
      </w:r>
      <w:r w:rsidR="00C77F05">
        <w:t xml:space="preserve"> </w:t>
      </w:r>
      <w:r w:rsidRPr="00D33D84">
        <w:t>já</w:t>
      </w:r>
      <w:r w:rsidR="00C77F05">
        <w:t xml:space="preserve"> </w:t>
      </w:r>
      <w:r w:rsidRPr="00D33D84">
        <w:t>beneficiada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objeto</w:t>
      </w:r>
      <w:r w:rsidR="00C77F05">
        <w:t xml:space="preserve"> </w:t>
      </w:r>
      <w:r w:rsidRPr="00D33D84">
        <w:t>impreciso,</w:t>
      </w:r>
      <w:r w:rsidR="00C77F05">
        <w:t xml:space="preserve"> </w:t>
      </w:r>
      <w:r w:rsidRPr="00D33D84">
        <w:t>publicidade</w:t>
      </w:r>
      <w:r w:rsidR="00C77F05">
        <w:t xml:space="preserve"> </w:t>
      </w:r>
      <w:r w:rsidRPr="00D33D84">
        <w:t>deficiente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cláusulas</w:t>
      </w:r>
      <w:r w:rsidR="00C77F05">
        <w:t xml:space="preserve"> </w:t>
      </w:r>
      <w:r w:rsidRPr="00D33D84">
        <w:t>restritivas.</w:t>
      </w:r>
    </w:p>
    <w:p w14:paraId="53A22DA3" w14:textId="4B39DE97" w:rsidR="00164B4B" w:rsidRPr="00D33D84" w:rsidRDefault="007E53F0">
      <w:pPr>
        <w:spacing w:after="120"/>
        <w:ind w:firstLine="709"/>
        <w:jc w:val="both"/>
      </w:pPr>
      <w:r w:rsidRPr="00D33D84">
        <w:t>A</w:t>
      </w:r>
      <w:r w:rsidR="00C77F05">
        <w:t xml:space="preserve"> </w:t>
      </w:r>
      <w:r w:rsidRPr="00D33D84">
        <w:t>Lei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14.133/2021</w:t>
      </w:r>
      <w:r w:rsidR="00C77F05">
        <w:t xml:space="preserve"> </w:t>
      </w:r>
      <w:r w:rsidRPr="00D33D84">
        <w:t>também</w:t>
      </w:r>
      <w:r w:rsidR="00C77F05">
        <w:t xml:space="preserve"> </w:t>
      </w:r>
      <w:r w:rsidRPr="00D33D84">
        <w:t>reforça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possibilidade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diligência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esclarecer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complementar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instrução,</w:t>
      </w:r>
      <w:r w:rsidR="00C77F05">
        <w:t xml:space="preserve"> </w:t>
      </w:r>
      <w:r w:rsidRPr="00D33D84">
        <w:t>sem</w:t>
      </w:r>
      <w:r w:rsidR="00C77F05">
        <w:t xml:space="preserve"> </w:t>
      </w:r>
      <w:r w:rsidRPr="00D33D84">
        <w:t>alterar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substância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proposta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habilitação.</w:t>
      </w:r>
      <w:r w:rsidR="00C77F05">
        <w:t xml:space="preserve"> </w:t>
      </w:r>
      <w:r w:rsidRPr="00D33D84">
        <w:t>Assim,</w:t>
      </w:r>
      <w:r w:rsidR="00C77F05">
        <w:t xml:space="preserve"> </w:t>
      </w:r>
      <w:r w:rsidRPr="00D33D84">
        <w:t>eventual</w:t>
      </w:r>
      <w:r w:rsidR="00C77F05">
        <w:t xml:space="preserve"> </w:t>
      </w:r>
      <w:r w:rsidRPr="00D33D84">
        <w:t>dúvida</w:t>
      </w:r>
      <w:r w:rsidR="00C77F05">
        <w:t xml:space="preserve"> </w:t>
      </w:r>
      <w:r w:rsidRPr="00D33D84">
        <w:t>objetiva</w:t>
      </w:r>
      <w:r w:rsidR="00C77F05">
        <w:t xml:space="preserve"> </w:t>
      </w:r>
      <w:r w:rsidRPr="00D33D84">
        <w:t>sobre</w:t>
      </w:r>
      <w:r w:rsidR="00C77F05">
        <w:t xml:space="preserve"> </w:t>
      </w:r>
      <w:r w:rsidRPr="00D33D84">
        <w:t>índices,</w:t>
      </w:r>
      <w:r w:rsidR="00C77F05">
        <w:t xml:space="preserve"> </w:t>
      </w:r>
      <w:r w:rsidRPr="00D33D84">
        <w:t>documentos</w:t>
      </w:r>
      <w:r w:rsidR="00C77F05">
        <w:t xml:space="preserve"> </w:t>
      </w:r>
      <w:r w:rsidRPr="00D33D84">
        <w:t>contábeis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qualificação</w:t>
      </w:r>
      <w:r w:rsidR="00C77F05">
        <w:t xml:space="preserve"> </w:t>
      </w:r>
      <w:r w:rsidRPr="00D33D84">
        <w:t>deveria</w:t>
      </w:r>
      <w:r w:rsidR="00C77F05">
        <w:t xml:space="preserve"> </w:t>
      </w:r>
      <w:r w:rsidRPr="00D33D84">
        <w:t>ter</w:t>
      </w:r>
      <w:r w:rsidR="00C77F05">
        <w:t xml:space="preserve"> </w:t>
      </w:r>
      <w:r w:rsidRPr="00D33D84">
        <w:t>sido</w:t>
      </w:r>
      <w:r w:rsidR="00C77F05">
        <w:t xml:space="preserve"> </w:t>
      </w:r>
      <w:proofErr w:type="gramStart"/>
      <w:r w:rsidRPr="00D33D84">
        <w:t>saneada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modo</w:t>
      </w:r>
      <w:r w:rsidR="00C77F05">
        <w:t xml:space="preserve"> </w:t>
      </w:r>
      <w:r w:rsidRPr="00D33D84">
        <w:t>isonômico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motivado,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resolvida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inabilitação</w:t>
      </w:r>
      <w:r w:rsidR="00C77F05">
        <w:t xml:space="preserve"> </w:t>
      </w:r>
      <w:r w:rsidRPr="00D33D84">
        <w:t>arbitrária</w:t>
      </w:r>
      <w:proofErr w:type="gramEnd"/>
      <w:r w:rsidRPr="00D33D84">
        <w:t>.</w:t>
      </w:r>
    </w:p>
    <w:p w14:paraId="0FBDACF2" w14:textId="2ED8CACE" w:rsidR="00164B4B" w:rsidRPr="00D33D84" w:rsidRDefault="007E53F0">
      <w:pPr>
        <w:spacing w:before="120" w:after="120"/>
      </w:pPr>
      <w:proofErr w:type="gramStart"/>
      <w:r w:rsidRPr="00D33D84">
        <w:rPr>
          <w:b/>
        </w:rPr>
        <w:t>5.</w:t>
      </w:r>
      <w:proofErr w:type="gramEnd"/>
      <w:r w:rsidRPr="00D33D84">
        <w:rPr>
          <w:b/>
        </w:rPr>
        <w:t>b)</w:t>
      </w:r>
      <w:r w:rsidR="00C77F05">
        <w:rPr>
          <w:b/>
        </w:rPr>
        <w:t xml:space="preserve"> </w:t>
      </w:r>
      <w:r w:rsidRPr="00D33D84">
        <w:rPr>
          <w:b/>
        </w:rPr>
        <w:t>Adjudicação</w:t>
      </w:r>
      <w:r w:rsidR="00C77F05">
        <w:rPr>
          <w:b/>
        </w:rPr>
        <w:t xml:space="preserve"> </w:t>
      </w:r>
      <w:r w:rsidRPr="00D33D84">
        <w:rPr>
          <w:b/>
        </w:rPr>
        <w:t>do</w:t>
      </w:r>
      <w:r w:rsidR="00C77F05">
        <w:rPr>
          <w:b/>
        </w:rPr>
        <w:t xml:space="preserve"> </w:t>
      </w:r>
      <w:r w:rsidRPr="00D33D84">
        <w:rPr>
          <w:b/>
        </w:rPr>
        <w:t>objeto</w:t>
      </w:r>
      <w:r w:rsidR="00C77F05">
        <w:rPr>
          <w:b/>
        </w:rPr>
        <w:t xml:space="preserve"> </w:t>
      </w:r>
      <w:r w:rsidRPr="00D33D84">
        <w:rPr>
          <w:b/>
        </w:rPr>
        <w:t>a</w:t>
      </w:r>
      <w:r w:rsidR="00C77F05">
        <w:rPr>
          <w:b/>
        </w:rPr>
        <w:t xml:space="preserve"> </w:t>
      </w:r>
      <w:r w:rsidRPr="00D33D84">
        <w:rPr>
          <w:b/>
        </w:rPr>
        <w:t>empresa</w:t>
      </w:r>
      <w:r w:rsidR="00C77F05">
        <w:rPr>
          <w:b/>
        </w:rPr>
        <w:t xml:space="preserve"> </w:t>
      </w:r>
      <w:r w:rsidRPr="00D33D84">
        <w:rPr>
          <w:b/>
        </w:rPr>
        <w:t>vinculada</w:t>
      </w:r>
      <w:r w:rsidR="00C77F05">
        <w:rPr>
          <w:b/>
        </w:rPr>
        <w:t xml:space="preserve"> </w:t>
      </w:r>
      <w:r w:rsidRPr="00D33D84">
        <w:rPr>
          <w:b/>
        </w:rPr>
        <w:t>a</w:t>
      </w:r>
      <w:r w:rsidR="00C77F05">
        <w:rPr>
          <w:b/>
        </w:rPr>
        <w:t xml:space="preserve"> </w:t>
      </w:r>
      <w:r w:rsidRPr="00D33D84">
        <w:rPr>
          <w:b/>
        </w:rPr>
        <w:t>agente</w:t>
      </w:r>
      <w:r w:rsidR="00C77F05">
        <w:rPr>
          <w:b/>
        </w:rPr>
        <w:t xml:space="preserve"> </w:t>
      </w:r>
      <w:r w:rsidRPr="00D33D84">
        <w:rPr>
          <w:b/>
        </w:rPr>
        <w:t>público</w:t>
      </w:r>
      <w:r w:rsidR="00C77F05">
        <w:rPr>
          <w:b/>
        </w:rPr>
        <w:t xml:space="preserve"> </w:t>
      </w:r>
      <w:r w:rsidRPr="00D33D84">
        <w:rPr>
          <w:b/>
        </w:rPr>
        <w:t>da</w:t>
      </w:r>
      <w:r w:rsidR="00C77F05">
        <w:rPr>
          <w:b/>
        </w:rPr>
        <w:t xml:space="preserve"> </w:t>
      </w:r>
      <w:r w:rsidRPr="00D33D84">
        <w:rPr>
          <w:b/>
        </w:rPr>
        <w:t>unidade</w:t>
      </w:r>
      <w:r w:rsidR="00C77F05">
        <w:rPr>
          <w:b/>
        </w:rPr>
        <w:t xml:space="preserve"> </w:t>
      </w:r>
      <w:r w:rsidRPr="00D33D84">
        <w:rPr>
          <w:b/>
        </w:rPr>
        <w:t>contratante</w:t>
      </w:r>
    </w:p>
    <w:p w14:paraId="7AA07483" w14:textId="7F69B842" w:rsidR="00164B4B" w:rsidRPr="00D33D84" w:rsidRDefault="007E53F0">
      <w:pPr>
        <w:spacing w:after="120"/>
        <w:ind w:firstLine="709"/>
        <w:jc w:val="both"/>
      </w:pPr>
      <w:r w:rsidRPr="00D33D84">
        <w:t>O</w:t>
      </w:r>
      <w:r w:rsidR="00C77F05">
        <w:t xml:space="preserve"> </w:t>
      </w:r>
      <w:r w:rsidRPr="00D33D84">
        <w:t>contrato</w:t>
      </w:r>
      <w:r w:rsidR="00C77F05">
        <w:t xml:space="preserve"> </w:t>
      </w:r>
      <w:r w:rsidRPr="00D33D84">
        <w:t>social</w:t>
      </w:r>
      <w:r w:rsidR="00C77F05">
        <w:t xml:space="preserve"> </w:t>
      </w:r>
      <w:r w:rsidRPr="00D33D84">
        <w:t>apresentado</w:t>
      </w:r>
      <w:r w:rsidR="00C77F05">
        <w:t xml:space="preserve"> </w:t>
      </w:r>
      <w:r w:rsidRPr="00D33D84">
        <w:t>pela</w:t>
      </w:r>
      <w:r w:rsidR="00C77F05">
        <w:t xml:space="preserve"> </w:t>
      </w:r>
      <w:r w:rsidRPr="00D33D84">
        <w:t>empresa</w:t>
      </w:r>
      <w:r w:rsidR="00C77F05">
        <w:t xml:space="preserve"> </w:t>
      </w:r>
      <w:r w:rsidRPr="00D33D84">
        <w:t>vencedora</w:t>
      </w:r>
      <w:r w:rsidR="00C77F05">
        <w:t xml:space="preserve"> </w:t>
      </w:r>
      <w:r w:rsidRPr="00D33D84">
        <w:t>demonstra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&lt;&lt;Fulana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Tal&gt;&gt;</w:t>
      </w:r>
      <w:r w:rsidR="00C77F05">
        <w:t xml:space="preserve"> </w:t>
      </w:r>
      <w:r w:rsidRPr="00D33D84">
        <w:t>é</w:t>
      </w:r>
      <w:r w:rsidR="00C77F05">
        <w:t xml:space="preserve"> </w:t>
      </w:r>
      <w:r w:rsidRPr="00D33D84">
        <w:t>sua</w:t>
      </w:r>
      <w:r w:rsidR="00C77F05">
        <w:t xml:space="preserve"> </w:t>
      </w:r>
      <w:r w:rsidRPr="00D33D84">
        <w:t>sócia-administradora.</w:t>
      </w:r>
      <w:r w:rsidR="00C77F05">
        <w:t xml:space="preserve"> </w:t>
      </w:r>
      <w:r w:rsidRPr="00D33D84">
        <w:t>Verificou-se,</w:t>
      </w:r>
      <w:r w:rsidR="00C77F05">
        <w:t xml:space="preserve"> </w:t>
      </w:r>
      <w:r w:rsidRPr="00D33D84">
        <w:t>ainda,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&lt;&lt;Fulana&gt;&gt;</w:t>
      </w:r>
      <w:r w:rsidR="00C77F05">
        <w:t xml:space="preserve"> </w:t>
      </w:r>
      <w:r w:rsidRPr="00D33D84">
        <w:t>exercia</w:t>
      </w:r>
      <w:r w:rsidR="00C77F05">
        <w:t xml:space="preserve"> </w:t>
      </w:r>
      <w:r w:rsidRPr="00D33D84">
        <w:t>função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&lt;&lt;servidora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área</w:t>
      </w:r>
      <w:r w:rsidR="00C77F05">
        <w:t xml:space="preserve"> </w:t>
      </w:r>
      <w:r w:rsidRPr="00D33D84">
        <w:t>requisitante/integrante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equipe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planejamento/futura</w:t>
      </w:r>
      <w:r w:rsidR="00C77F05">
        <w:t xml:space="preserve"> </w:t>
      </w:r>
      <w:r w:rsidRPr="00D33D84">
        <w:t>fiscal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contrato/assessora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dirigente</w:t>
      </w:r>
      <w:r w:rsidR="00C77F05">
        <w:t xml:space="preserve"> </w:t>
      </w:r>
      <w:r w:rsidRPr="00D33D84">
        <w:t>responsável&gt;&gt;,</w:t>
      </w:r>
      <w:r w:rsidR="00C77F05">
        <w:t xml:space="preserve"> </w:t>
      </w:r>
      <w:r w:rsidRPr="00D33D84">
        <w:t>tendo</w:t>
      </w:r>
      <w:r w:rsidR="00C77F05">
        <w:t xml:space="preserve"> </w:t>
      </w:r>
      <w:r w:rsidRPr="00D33D84">
        <w:t>participado</w:t>
      </w:r>
      <w:r w:rsidR="00C77F05">
        <w:t xml:space="preserve"> </w:t>
      </w:r>
      <w:r w:rsidRPr="00D33D84">
        <w:t>direta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indiretamente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atos</w:t>
      </w:r>
      <w:r w:rsidR="00C77F05">
        <w:t xml:space="preserve"> </w:t>
      </w:r>
      <w:r w:rsidRPr="00D33D84">
        <w:t>relacionados</w:t>
      </w:r>
      <w:r w:rsidR="00C77F05">
        <w:t xml:space="preserve"> </w:t>
      </w:r>
      <w:r w:rsidRPr="00D33D84">
        <w:t>à</w:t>
      </w:r>
      <w:r w:rsidR="00C77F05">
        <w:t xml:space="preserve"> </w:t>
      </w:r>
      <w:r w:rsidRPr="00D33D84">
        <w:t>contratação,</w:t>
      </w:r>
      <w:r w:rsidR="00C77F05">
        <w:t xml:space="preserve"> </w:t>
      </w:r>
      <w:r w:rsidRPr="00D33D84">
        <w:t>conforme</w:t>
      </w:r>
      <w:r w:rsidR="00C77F05">
        <w:t xml:space="preserve"> </w:t>
      </w:r>
      <w:r w:rsidRPr="00D33D84">
        <w:t>documentos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&lt;&lt;fls.&gt;&gt;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&lt;&lt;p.&gt;&gt;</w:t>
      </w:r>
      <w:r w:rsidR="00C77F05">
        <w:t xml:space="preserve"> </w:t>
      </w:r>
      <w:r w:rsidRPr="00D33D84">
        <w:t>&lt;&lt;</w:t>
      </w:r>
      <w:proofErr w:type="spellStart"/>
      <w:r w:rsidRPr="00D33D84">
        <w:t>xxx-xxx</w:t>
      </w:r>
      <w:proofErr w:type="spellEnd"/>
      <w:r w:rsidRPr="00D33D84">
        <w:t>&gt;&gt;.</w:t>
      </w:r>
    </w:p>
    <w:p w14:paraId="78A2B30F" w14:textId="61048FC8" w:rsidR="00164B4B" w:rsidRPr="00D33D84" w:rsidRDefault="007E53F0">
      <w:pPr>
        <w:spacing w:after="120"/>
        <w:ind w:firstLine="709"/>
        <w:jc w:val="both"/>
      </w:pPr>
      <w:r w:rsidRPr="00D33D84">
        <w:t>A</w:t>
      </w:r>
      <w:r w:rsidR="00C77F05">
        <w:t xml:space="preserve"> </w:t>
      </w:r>
      <w:r w:rsidRPr="00D33D84">
        <w:t>Lei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14.133/2021</w:t>
      </w:r>
      <w:r w:rsidR="00C77F05">
        <w:t xml:space="preserve"> </w:t>
      </w:r>
      <w:r w:rsidRPr="00D33D84">
        <w:t>veda</w:t>
      </w:r>
      <w:r w:rsidR="00C77F05">
        <w:t xml:space="preserve"> </w:t>
      </w:r>
      <w:r w:rsidRPr="00D33D84">
        <w:t>situações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conflito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interesses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impede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participação,</w:t>
      </w:r>
      <w:r w:rsidR="00C77F05">
        <w:t xml:space="preserve"> </w:t>
      </w:r>
      <w:r w:rsidRPr="00D33D84">
        <w:t>direta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indireta,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quem</w:t>
      </w:r>
      <w:r w:rsidR="00C77F05">
        <w:t xml:space="preserve"> </w:t>
      </w:r>
      <w:r w:rsidRPr="00D33D84">
        <w:t>mantenha</w:t>
      </w:r>
      <w:r w:rsidR="00C77F05">
        <w:t xml:space="preserve"> </w:t>
      </w:r>
      <w:r w:rsidRPr="00D33D84">
        <w:t>vínculo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natureza</w:t>
      </w:r>
      <w:r w:rsidR="00C77F05">
        <w:t xml:space="preserve"> </w:t>
      </w:r>
      <w:r w:rsidRPr="00D33D84">
        <w:t>técnica,</w:t>
      </w:r>
      <w:r w:rsidR="00C77F05">
        <w:t xml:space="preserve"> </w:t>
      </w:r>
      <w:r w:rsidRPr="00D33D84">
        <w:t>comercial,</w:t>
      </w:r>
      <w:r w:rsidR="00C77F05">
        <w:t xml:space="preserve"> </w:t>
      </w:r>
      <w:r w:rsidRPr="00D33D84">
        <w:t>econômica,</w:t>
      </w:r>
      <w:r w:rsidR="00C77F05">
        <w:t xml:space="preserve"> </w:t>
      </w:r>
      <w:r w:rsidRPr="00D33D84">
        <w:t>financeira,</w:t>
      </w:r>
      <w:r w:rsidR="00C77F05">
        <w:t xml:space="preserve"> </w:t>
      </w:r>
      <w:r w:rsidRPr="00D33D84">
        <w:t>trabalhista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civil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dirigente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órgão</w:t>
      </w:r>
      <w:r w:rsidR="00C77F05">
        <w:t xml:space="preserve"> </w:t>
      </w:r>
      <w:r w:rsidRPr="00D33D84">
        <w:t>contratante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agente</w:t>
      </w:r>
      <w:r w:rsidR="00C77F05">
        <w:t xml:space="preserve"> </w:t>
      </w:r>
      <w:r w:rsidRPr="00D33D84">
        <w:t>público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desempenhe</w:t>
      </w:r>
      <w:r w:rsidR="00C77F05">
        <w:t xml:space="preserve"> </w:t>
      </w:r>
      <w:r w:rsidRPr="00D33D84">
        <w:t>função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licitação,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fiscalização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gestão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contrato.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vedação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analisada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concreto: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basta</w:t>
      </w:r>
      <w:r w:rsidR="00C77F05">
        <w:t xml:space="preserve"> </w:t>
      </w:r>
      <w:r w:rsidRPr="00D33D84">
        <w:t>afirmar</w:t>
      </w:r>
      <w:r w:rsidR="00C77F05">
        <w:t xml:space="preserve"> </w:t>
      </w:r>
      <w:r w:rsidRPr="00D33D84">
        <w:t>genericamente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alguém</w:t>
      </w:r>
      <w:r w:rsidR="00C77F05">
        <w:t xml:space="preserve"> </w:t>
      </w:r>
      <w:r w:rsidRPr="00D33D84">
        <w:t>é</w:t>
      </w:r>
      <w:r w:rsidR="00C77F05">
        <w:t xml:space="preserve"> </w:t>
      </w:r>
      <w:r w:rsidRPr="00D33D84">
        <w:t>servidor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ente;</w:t>
      </w:r>
      <w:r w:rsidR="00C77F05">
        <w:t xml:space="preserve"> </w:t>
      </w:r>
      <w:r w:rsidRPr="00D33D84">
        <w:t>é</w:t>
      </w:r>
      <w:r w:rsidR="00C77F05">
        <w:t xml:space="preserve"> </w:t>
      </w:r>
      <w:r w:rsidRPr="00D33D84">
        <w:t>necessário</w:t>
      </w:r>
      <w:r w:rsidR="00C77F05">
        <w:t xml:space="preserve"> </w:t>
      </w:r>
      <w:r w:rsidRPr="00D33D84">
        <w:t>demonstrar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vínculo</w:t>
      </w:r>
      <w:r w:rsidR="00C77F05">
        <w:t xml:space="preserve"> </w:t>
      </w:r>
      <w:r w:rsidRPr="00D33D84">
        <w:t>relevante,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influência</w:t>
      </w:r>
      <w:r w:rsidR="00C77F05">
        <w:t xml:space="preserve"> </w:t>
      </w:r>
      <w:r w:rsidRPr="00D33D84">
        <w:t>potencial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efetiva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procedimento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risco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favorecimento.</w:t>
      </w:r>
    </w:p>
    <w:p w14:paraId="14BC2ED4" w14:textId="16235422" w:rsidR="00164B4B" w:rsidRPr="00D33D84" w:rsidRDefault="007E53F0">
      <w:pPr>
        <w:spacing w:after="120"/>
        <w:ind w:firstLine="709"/>
        <w:jc w:val="both"/>
      </w:pPr>
      <w:r w:rsidRPr="00D33D84">
        <w:t>No</w:t>
      </w:r>
      <w:r w:rsidR="00C77F05">
        <w:t xml:space="preserve"> </w:t>
      </w:r>
      <w:r w:rsidRPr="00D33D84">
        <w:t>presente</w:t>
      </w:r>
      <w:r w:rsidR="00C77F05">
        <w:t xml:space="preserve"> </w:t>
      </w:r>
      <w:r w:rsidRPr="00D33D84">
        <w:t>caso,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vinculação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é</w:t>
      </w:r>
      <w:r w:rsidR="00C77F05">
        <w:t xml:space="preserve"> </w:t>
      </w:r>
      <w:r w:rsidRPr="00D33D84">
        <w:t>periférica.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sócia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vencedora</w:t>
      </w:r>
      <w:r w:rsidR="00C77F05">
        <w:t xml:space="preserve"> </w:t>
      </w:r>
      <w:r w:rsidRPr="00D33D84">
        <w:t>&lt;&lt;atuou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definição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demanda/acompanhou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elaboração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Termo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Referência/teve</w:t>
      </w:r>
      <w:r w:rsidR="00C77F05">
        <w:t xml:space="preserve"> </w:t>
      </w:r>
      <w:r w:rsidRPr="00D33D84">
        <w:t>acesso</w:t>
      </w:r>
      <w:r w:rsidR="00C77F05">
        <w:t xml:space="preserve"> </w:t>
      </w:r>
      <w:proofErr w:type="gramStart"/>
      <w:r w:rsidRPr="00D33D84">
        <w:t>prévio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informações</w:t>
      </w:r>
      <w:r w:rsidR="00C77F05">
        <w:t xml:space="preserve"> </w:t>
      </w:r>
      <w:r w:rsidRPr="00D33D84">
        <w:t>internas/foi</w:t>
      </w:r>
      <w:r w:rsidR="00C77F05">
        <w:t xml:space="preserve"> </w:t>
      </w:r>
      <w:r w:rsidRPr="00D33D84">
        <w:t>indicada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fiscalização&gt;&gt;,</w:t>
      </w:r>
      <w:r w:rsidR="00C77F05">
        <w:t xml:space="preserve"> </w:t>
      </w:r>
      <w:r w:rsidRPr="00D33D84">
        <w:t>circunstâncias</w:t>
      </w:r>
      <w:proofErr w:type="gramEnd"/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comprometem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impessoalidade,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moralidade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igualdade</w:t>
      </w:r>
      <w:r w:rsidR="00C77F05">
        <w:t xml:space="preserve"> </w:t>
      </w:r>
      <w:r w:rsidRPr="00D33D84">
        <w:t>entre</w:t>
      </w:r>
      <w:r w:rsidR="00C77F05">
        <w:t xml:space="preserve"> </w:t>
      </w:r>
      <w:r w:rsidRPr="00D33D84">
        <w:t>licitantes.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adjudicação</w:t>
      </w:r>
      <w:r w:rsidR="00C77F05">
        <w:t xml:space="preserve"> </w:t>
      </w:r>
      <w:r w:rsidRPr="00D33D84">
        <w:t>à</w:t>
      </w:r>
      <w:r w:rsidR="00C77F05">
        <w:t xml:space="preserve"> </w:t>
      </w:r>
      <w:r w:rsidRPr="00D33D84">
        <w:t>empresa</w:t>
      </w:r>
      <w:r w:rsidR="00C77F05">
        <w:t xml:space="preserve"> </w:t>
      </w:r>
      <w:r w:rsidRPr="00D33D84">
        <w:t>vinculada</w:t>
      </w:r>
      <w:r w:rsidR="00C77F05">
        <w:t xml:space="preserve"> </w:t>
      </w:r>
      <w:r w:rsidRPr="00D33D84">
        <w:t>à</w:t>
      </w:r>
      <w:r w:rsidR="00C77F05">
        <w:t xml:space="preserve"> </w:t>
      </w:r>
      <w:r w:rsidRPr="00D33D84">
        <w:t>agente</w:t>
      </w:r>
      <w:r w:rsidR="00C77F05">
        <w:t xml:space="preserve"> </w:t>
      </w:r>
      <w:r w:rsidRPr="00D33D84">
        <w:t>envolvida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contratação</w:t>
      </w:r>
      <w:r w:rsidR="00C77F05">
        <w:t xml:space="preserve"> </w:t>
      </w:r>
      <w:r w:rsidRPr="00D33D84">
        <w:t>reforça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hipótese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direcionamento.</w:t>
      </w:r>
    </w:p>
    <w:p w14:paraId="125D2F8B" w14:textId="3DD69B55" w:rsidR="00164B4B" w:rsidRPr="00D33D84" w:rsidRDefault="007E53F0">
      <w:pPr>
        <w:spacing w:before="120" w:after="120"/>
      </w:pPr>
      <w:proofErr w:type="gramStart"/>
      <w:r w:rsidRPr="00D33D84">
        <w:rPr>
          <w:b/>
        </w:rPr>
        <w:lastRenderedPageBreak/>
        <w:t>5.</w:t>
      </w:r>
      <w:proofErr w:type="gramEnd"/>
      <w:r w:rsidRPr="00D33D84">
        <w:rPr>
          <w:b/>
        </w:rPr>
        <w:t>c)</w:t>
      </w:r>
      <w:r w:rsidR="00C77F05">
        <w:rPr>
          <w:b/>
        </w:rPr>
        <w:t xml:space="preserve"> </w:t>
      </w:r>
      <w:r w:rsidRPr="00D33D84">
        <w:rPr>
          <w:b/>
        </w:rPr>
        <w:t>Propostas</w:t>
      </w:r>
      <w:r w:rsidR="00C77F05">
        <w:rPr>
          <w:b/>
        </w:rPr>
        <w:t xml:space="preserve"> </w:t>
      </w:r>
      <w:r w:rsidRPr="00D33D84">
        <w:rPr>
          <w:b/>
        </w:rPr>
        <w:t>elaboradas</w:t>
      </w:r>
      <w:r w:rsidR="00C77F05">
        <w:rPr>
          <w:b/>
        </w:rPr>
        <w:t xml:space="preserve"> </w:t>
      </w:r>
      <w:r w:rsidRPr="00D33D84">
        <w:rPr>
          <w:b/>
        </w:rPr>
        <w:t>com</w:t>
      </w:r>
      <w:r w:rsidR="00C77F05">
        <w:rPr>
          <w:b/>
        </w:rPr>
        <w:t xml:space="preserve"> </w:t>
      </w:r>
      <w:r w:rsidRPr="00D33D84">
        <w:rPr>
          <w:b/>
        </w:rPr>
        <w:t>o</w:t>
      </w:r>
      <w:r w:rsidR="00C77F05">
        <w:rPr>
          <w:b/>
        </w:rPr>
        <w:t xml:space="preserve"> </w:t>
      </w:r>
      <w:r w:rsidRPr="00D33D84">
        <w:rPr>
          <w:b/>
        </w:rPr>
        <w:t>mesmo</w:t>
      </w:r>
      <w:r w:rsidR="00C77F05">
        <w:rPr>
          <w:b/>
        </w:rPr>
        <w:t xml:space="preserve"> </w:t>
      </w:r>
      <w:r w:rsidRPr="00D33D84">
        <w:rPr>
          <w:b/>
        </w:rPr>
        <w:t>padrão</w:t>
      </w:r>
      <w:r w:rsidR="00C77F05">
        <w:rPr>
          <w:b/>
        </w:rPr>
        <w:t xml:space="preserve"> </w:t>
      </w:r>
      <w:r w:rsidRPr="00D33D84">
        <w:rPr>
          <w:b/>
        </w:rPr>
        <w:t>de</w:t>
      </w:r>
      <w:r w:rsidR="00C77F05">
        <w:rPr>
          <w:b/>
        </w:rPr>
        <w:t xml:space="preserve"> </w:t>
      </w:r>
      <w:r w:rsidRPr="00D33D84">
        <w:rPr>
          <w:b/>
        </w:rPr>
        <w:t>apresentação,</w:t>
      </w:r>
      <w:r w:rsidR="00C77F05">
        <w:rPr>
          <w:b/>
        </w:rPr>
        <w:t xml:space="preserve"> </w:t>
      </w:r>
      <w:r w:rsidRPr="00D33D84">
        <w:rPr>
          <w:b/>
        </w:rPr>
        <w:t>mesmas</w:t>
      </w:r>
      <w:r w:rsidR="00C77F05">
        <w:rPr>
          <w:b/>
        </w:rPr>
        <w:t xml:space="preserve"> </w:t>
      </w:r>
      <w:r w:rsidRPr="00D33D84">
        <w:rPr>
          <w:b/>
        </w:rPr>
        <w:t>características</w:t>
      </w:r>
      <w:r w:rsidR="00C77F05">
        <w:rPr>
          <w:b/>
        </w:rPr>
        <w:t xml:space="preserve"> </w:t>
      </w:r>
      <w:r w:rsidRPr="00D33D84">
        <w:rPr>
          <w:b/>
        </w:rPr>
        <w:t>de</w:t>
      </w:r>
      <w:r w:rsidR="00C77F05">
        <w:rPr>
          <w:b/>
        </w:rPr>
        <w:t xml:space="preserve"> </w:t>
      </w:r>
      <w:r w:rsidRPr="00D33D84">
        <w:rPr>
          <w:b/>
        </w:rPr>
        <w:t>abreviação</w:t>
      </w:r>
      <w:r w:rsidR="00C77F05">
        <w:rPr>
          <w:b/>
        </w:rPr>
        <w:t xml:space="preserve"> </w:t>
      </w:r>
      <w:r w:rsidRPr="00D33D84">
        <w:rPr>
          <w:b/>
        </w:rPr>
        <w:t>e</w:t>
      </w:r>
      <w:r w:rsidR="00C77F05">
        <w:rPr>
          <w:b/>
        </w:rPr>
        <w:t xml:space="preserve"> </w:t>
      </w:r>
      <w:r w:rsidRPr="00D33D84">
        <w:rPr>
          <w:b/>
        </w:rPr>
        <w:t>pontuação</w:t>
      </w:r>
      <w:r w:rsidR="00C77F05">
        <w:rPr>
          <w:b/>
        </w:rPr>
        <w:t xml:space="preserve"> </w:t>
      </w:r>
      <w:r w:rsidRPr="00D33D84">
        <w:rPr>
          <w:b/>
        </w:rPr>
        <w:t>e</w:t>
      </w:r>
      <w:r w:rsidR="00C77F05">
        <w:rPr>
          <w:b/>
        </w:rPr>
        <w:t xml:space="preserve"> </w:t>
      </w:r>
      <w:r w:rsidRPr="00D33D84">
        <w:rPr>
          <w:b/>
        </w:rPr>
        <w:t>mesmos</w:t>
      </w:r>
      <w:r w:rsidR="00C77F05">
        <w:rPr>
          <w:b/>
        </w:rPr>
        <w:t xml:space="preserve"> </w:t>
      </w:r>
      <w:r w:rsidRPr="00D33D84">
        <w:rPr>
          <w:b/>
        </w:rPr>
        <w:t>erros</w:t>
      </w:r>
      <w:r w:rsidR="00C77F05">
        <w:rPr>
          <w:b/>
        </w:rPr>
        <w:t xml:space="preserve"> </w:t>
      </w:r>
      <w:r w:rsidRPr="00D33D84">
        <w:rPr>
          <w:b/>
        </w:rPr>
        <w:t>ortográficos</w:t>
      </w:r>
      <w:r w:rsidR="00C77F05">
        <w:rPr>
          <w:b/>
        </w:rPr>
        <w:t xml:space="preserve"> </w:t>
      </w:r>
      <w:r w:rsidRPr="00D33D84">
        <w:rPr>
          <w:b/>
        </w:rPr>
        <w:t>e</w:t>
      </w:r>
      <w:r w:rsidR="00C77F05">
        <w:rPr>
          <w:b/>
        </w:rPr>
        <w:t xml:space="preserve"> </w:t>
      </w:r>
      <w:r w:rsidRPr="00D33D84">
        <w:rPr>
          <w:b/>
        </w:rPr>
        <w:t>gramaticais</w:t>
      </w:r>
    </w:p>
    <w:p w14:paraId="1BF5A7A3" w14:textId="58609412" w:rsidR="00164B4B" w:rsidRPr="00D33D84" w:rsidRDefault="007E53F0">
      <w:pPr>
        <w:spacing w:after="120"/>
        <w:ind w:firstLine="709"/>
        <w:jc w:val="both"/>
      </w:pPr>
      <w:r w:rsidRPr="00D33D84">
        <w:t>Um</w:t>
      </w:r>
      <w:r w:rsidR="00C77F05">
        <w:t xml:space="preserve"> </w:t>
      </w:r>
      <w:r w:rsidRPr="00D33D84">
        <w:t>indicativo</w:t>
      </w:r>
      <w:r w:rsidR="00C77F05">
        <w:t xml:space="preserve"> </w:t>
      </w:r>
      <w:r w:rsidRPr="00D33D84">
        <w:t>relevante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conluio</w:t>
      </w:r>
      <w:r w:rsidR="00C77F05">
        <w:t xml:space="preserve"> </w:t>
      </w:r>
      <w:r w:rsidRPr="00D33D84">
        <w:t>está</w:t>
      </w:r>
      <w:r w:rsidR="00C77F05">
        <w:t xml:space="preserve"> </w:t>
      </w:r>
      <w:r w:rsidRPr="00D33D84">
        <w:t>nos</w:t>
      </w:r>
      <w:r w:rsidR="00C77F05">
        <w:t xml:space="preserve"> </w:t>
      </w:r>
      <w:r w:rsidRPr="00D33D84">
        <w:t>termos</w:t>
      </w:r>
      <w:r w:rsidR="00C77F05">
        <w:t xml:space="preserve"> </w:t>
      </w:r>
      <w:r w:rsidRPr="00D33D84">
        <w:t>empregados,</w:t>
      </w:r>
      <w:r w:rsidR="00C77F05">
        <w:t xml:space="preserve"> </w:t>
      </w:r>
      <w:r w:rsidRPr="00D33D84">
        <w:t>nos</w:t>
      </w:r>
      <w:r w:rsidR="00C77F05">
        <w:t xml:space="preserve"> </w:t>
      </w:r>
      <w:r w:rsidRPr="00D33D84">
        <w:t>caracteres</w:t>
      </w:r>
      <w:r w:rsidR="00C77F05">
        <w:t xml:space="preserve"> </w:t>
      </w:r>
      <w:r w:rsidRPr="00D33D84">
        <w:t>gráficos,</w:t>
      </w:r>
      <w:r w:rsidR="00C77F05">
        <w:t xml:space="preserve"> </w:t>
      </w:r>
      <w:r w:rsidRPr="00D33D84">
        <w:t>nos</w:t>
      </w:r>
      <w:r w:rsidR="00C77F05">
        <w:t xml:space="preserve"> </w:t>
      </w:r>
      <w:r w:rsidRPr="00D33D84">
        <w:t>metadados,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diagramação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nos</w:t>
      </w:r>
      <w:r w:rsidR="00C77F05">
        <w:t xml:space="preserve"> </w:t>
      </w:r>
      <w:r w:rsidRPr="00D33D84">
        <w:t>erros</w:t>
      </w:r>
      <w:r w:rsidR="00C77F05">
        <w:t xml:space="preserve"> </w:t>
      </w:r>
      <w:r w:rsidRPr="00D33D84">
        <w:t>repetidos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propostas,</w:t>
      </w:r>
      <w:r w:rsidR="00C77F05">
        <w:t xml:space="preserve"> </w:t>
      </w:r>
      <w:r w:rsidRPr="00D33D84">
        <w:t>declarações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demais</w:t>
      </w:r>
      <w:r w:rsidR="00C77F05">
        <w:t xml:space="preserve"> </w:t>
      </w:r>
      <w:r w:rsidRPr="00D33D84">
        <w:t>documentos</w:t>
      </w:r>
      <w:r w:rsidR="00C77F05">
        <w:t xml:space="preserve"> </w:t>
      </w:r>
      <w:r w:rsidRPr="00D33D84">
        <w:t>apresentados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empresas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deveriam</w:t>
      </w:r>
      <w:r w:rsidR="00C77F05">
        <w:t xml:space="preserve"> </w:t>
      </w:r>
      <w:r w:rsidRPr="00D33D84">
        <w:t>atuar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forma</w:t>
      </w:r>
      <w:r w:rsidR="00C77F05">
        <w:t xml:space="preserve"> </w:t>
      </w:r>
      <w:r w:rsidRPr="00D33D84">
        <w:t>independente.</w:t>
      </w:r>
    </w:p>
    <w:p w14:paraId="3A2CDE46" w14:textId="5932E7C6" w:rsidR="00164B4B" w:rsidRPr="00D33D84" w:rsidRDefault="007E53F0">
      <w:pPr>
        <w:spacing w:after="120"/>
        <w:ind w:firstLine="709"/>
        <w:jc w:val="both"/>
      </w:pPr>
      <w:r w:rsidRPr="00D33D84">
        <w:t>Propostas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empresas</w:t>
      </w:r>
      <w:r w:rsidR="00C77F05">
        <w:t xml:space="preserve"> </w:t>
      </w:r>
      <w:r w:rsidRPr="00D33D84">
        <w:t>distintas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mesmo</w:t>
      </w:r>
      <w:r w:rsidR="00C77F05">
        <w:t xml:space="preserve"> </w:t>
      </w:r>
      <w:r w:rsidRPr="00D33D84">
        <w:t>padrão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apresentação,</w:t>
      </w:r>
      <w:r w:rsidR="00C77F05">
        <w:t xml:space="preserve"> </w:t>
      </w:r>
      <w:r w:rsidRPr="00D33D84">
        <w:t>as</w:t>
      </w:r>
      <w:r w:rsidR="00C77F05">
        <w:t xml:space="preserve"> </w:t>
      </w:r>
      <w:r w:rsidRPr="00D33D84">
        <w:t>mesmas</w:t>
      </w:r>
      <w:r w:rsidR="00C77F05">
        <w:t xml:space="preserve"> </w:t>
      </w:r>
      <w:r w:rsidRPr="00D33D84">
        <w:t>abreviações,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mesma</w:t>
      </w:r>
      <w:r w:rsidR="00C77F05">
        <w:t xml:space="preserve"> </w:t>
      </w:r>
      <w:r w:rsidRPr="00D33D84">
        <w:t>pontuação,</w:t>
      </w:r>
      <w:r w:rsidR="00C77F05">
        <w:t xml:space="preserve"> </w:t>
      </w:r>
      <w:r w:rsidRPr="00D33D84">
        <w:t>os</w:t>
      </w:r>
      <w:r w:rsidR="00C77F05">
        <w:t xml:space="preserve"> </w:t>
      </w:r>
      <w:r w:rsidRPr="00D33D84">
        <w:t>mesmos</w:t>
      </w:r>
      <w:r w:rsidR="00C77F05">
        <w:t xml:space="preserve"> </w:t>
      </w:r>
      <w:r w:rsidRPr="00D33D84">
        <w:t>erros</w:t>
      </w:r>
      <w:r w:rsidR="00C77F05">
        <w:t xml:space="preserve"> </w:t>
      </w:r>
      <w:r w:rsidRPr="00D33D84">
        <w:t>ortográficos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gramaticais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os</w:t>
      </w:r>
      <w:r w:rsidR="00C77F05">
        <w:t xml:space="preserve"> </w:t>
      </w:r>
      <w:r w:rsidRPr="00D33D84">
        <w:t>mesmos</w:t>
      </w:r>
      <w:r w:rsidR="00C77F05">
        <w:t xml:space="preserve"> </w:t>
      </w:r>
      <w:r w:rsidRPr="00D33D84">
        <w:t>metadados</w:t>
      </w:r>
      <w:r w:rsidR="00C77F05">
        <w:t xml:space="preserve"> </w:t>
      </w:r>
      <w:r w:rsidRPr="00D33D84">
        <w:t>podem</w:t>
      </w:r>
      <w:r w:rsidR="00C77F05">
        <w:t xml:space="preserve"> </w:t>
      </w:r>
      <w:r w:rsidRPr="00D33D84">
        <w:t>indicar</w:t>
      </w:r>
      <w:r w:rsidR="00C77F05">
        <w:t xml:space="preserve"> </w:t>
      </w:r>
      <w:r w:rsidRPr="00D33D84">
        <w:t>elaboração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uma</w:t>
      </w:r>
      <w:r w:rsidR="00C77F05">
        <w:t xml:space="preserve"> </w:t>
      </w:r>
      <w:r w:rsidRPr="00D33D84">
        <w:t>única</w:t>
      </w:r>
      <w:r w:rsidR="00C77F05">
        <w:t xml:space="preserve"> </w:t>
      </w:r>
      <w:r w:rsidRPr="00D33D84">
        <w:t>pessoa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atuação</w:t>
      </w:r>
      <w:r w:rsidR="00C77F05">
        <w:t xml:space="preserve"> </w:t>
      </w:r>
      <w:r w:rsidRPr="00D33D84">
        <w:t>coordenada.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força</w:t>
      </w:r>
      <w:r w:rsidR="00C77F05">
        <w:t xml:space="preserve"> </w:t>
      </w:r>
      <w:r w:rsidRPr="00D33D84">
        <w:t>probatória</w:t>
      </w:r>
      <w:r w:rsidR="00C77F05">
        <w:t xml:space="preserve"> </w:t>
      </w:r>
      <w:r w:rsidRPr="00D33D84">
        <w:t>aumenta</w:t>
      </w:r>
      <w:r w:rsidR="00C77F05">
        <w:t xml:space="preserve"> </w:t>
      </w:r>
      <w:r w:rsidRPr="00D33D84">
        <w:t>quando</w:t>
      </w:r>
      <w:r w:rsidR="00C77F05">
        <w:t xml:space="preserve"> </w:t>
      </w:r>
      <w:r w:rsidRPr="00D33D84">
        <w:t>os</w:t>
      </w:r>
      <w:r w:rsidR="00C77F05">
        <w:t xml:space="preserve"> </w:t>
      </w:r>
      <w:r w:rsidRPr="00D33D84">
        <w:t>documentos</w:t>
      </w:r>
      <w:r w:rsidR="00C77F05">
        <w:t xml:space="preserve"> </w:t>
      </w:r>
      <w:r w:rsidRPr="00D33D84">
        <w:t>semelhantes</w:t>
      </w:r>
      <w:r w:rsidR="00C77F05">
        <w:t xml:space="preserve"> </w:t>
      </w:r>
      <w:r w:rsidRPr="00D33D84">
        <w:t>aparecem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conjunto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baixa</w:t>
      </w:r>
      <w:r w:rsidR="00C77F05">
        <w:t xml:space="preserve"> </w:t>
      </w:r>
      <w:r w:rsidRPr="00D33D84">
        <w:t>competitividade,</w:t>
      </w:r>
      <w:r w:rsidR="00C77F05">
        <w:t xml:space="preserve"> </w:t>
      </w:r>
      <w:r w:rsidRPr="00D33D84">
        <w:t>inabilitação</w:t>
      </w:r>
      <w:r w:rsidR="00C77F05">
        <w:t xml:space="preserve"> </w:t>
      </w:r>
      <w:r w:rsidRPr="00D33D84">
        <w:t>indevida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concorrente,</w:t>
      </w:r>
      <w:r w:rsidR="00C77F05">
        <w:t xml:space="preserve"> </w:t>
      </w:r>
      <w:r w:rsidRPr="00D33D84">
        <w:t>vínculo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agente</w:t>
      </w:r>
      <w:r w:rsidR="00C77F05">
        <w:t xml:space="preserve"> </w:t>
      </w:r>
      <w:r w:rsidRPr="00D33D84">
        <w:t>público,</w:t>
      </w:r>
      <w:r w:rsidR="00C77F05">
        <w:t xml:space="preserve"> </w:t>
      </w:r>
      <w:r w:rsidRPr="00D33D84">
        <w:t>publicidade</w:t>
      </w:r>
      <w:r w:rsidR="00C77F05">
        <w:t xml:space="preserve"> </w:t>
      </w:r>
      <w:r w:rsidRPr="00D33D84">
        <w:t>precária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cláusulas</w:t>
      </w:r>
      <w:r w:rsidR="00C77F05">
        <w:t xml:space="preserve"> </w:t>
      </w:r>
      <w:r w:rsidRPr="00D33D84">
        <w:t>restritivas.</w:t>
      </w:r>
    </w:p>
    <w:p w14:paraId="6657F6E6" w14:textId="68A42123" w:rsidR="00164B4B" w:rsidRPr="00D33D84" w:rsidRDefault="007E53F0">
      <w:pPr>
        <w:spacing w:after="120"/>
        <w:ind w:firstLine="709"/>
        <w:jc w:val="both"/>
      </w:pPr>
      <w:r w:rsidRPr="00D33D84">
        <w:t>Como</w:t>
      </w:r>
      <w:r w:rsidR="00C77F05">
        <w:t xml:space="preserve"> </w:t>
      </w:r>
      <w:r w:rsidRPr="00D33D84">
        <w:t>exemplo,</w:t>
      </w:r>
      <w:r w:rsidR="00C77F05">
        <w:t xml:space="preserve"> </w:t>
      </w:r>
      <w:r w:rsidRPr="00D33D84">
        <w:t>podem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destacadas</w:t>
      </w:r>
      <w:r w:rsidR="00C77F05">
        <w:t xml:space="preserve"> </w:t>
      </w:r>
      <w:r w:rsidRPr="00D33D84">
        <w:t>as</w:t>
      </w:r>
      <w:r w:rsidR="00C77F05">
        <w:t xml:space="preserve"> </w:t>
      </w:r>
      <w:r w:rsidRPr="00D33D84">
        <w:t>identidades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semelhanças</w:t>
      </w:r>
      <w:r w:rsidR="00C77F05">
        <w:t xml:space="preserve"> </w:t>
      </w:r>
      <w:r w:rsidRPr="00D33D84">
        <w:t>entre</w:t>
      </w:r>
      <w:r w:rsidR="00C77F05">
        <w:t xml:space="preserve"> </w:t>
      </w:r>
      <w:r w:rsidRPr="00D33D84">
        <w:t>as</w:t>
      </w:r>
      <w:r w:rsidR="00C77F05">
        <w:t xml:space="preserve"> </w:t>
      </w:r>
      <w:r w:rsidRPr="00D33D84">
        <w:t>propostas</w:t>
      </w:r>
      <w:r w:rsidR="00C77F05">
        <w:t xml:space="preserve"> </w:t>
      </w:r>
      <w:r w:rsidRPr="00D33D84">
        <w:t>comerciais</w:t>
      </w:r>
      <w:r w:rsidR="00C77F05">
        <w:t xml:space="preserve"> </w:t>
      </w:r>
      <w:r w:rsidRPr="00D33D84">
        <w:t>das</w:t>
      </w:r>
      <w:r w:rsidR="00C77F05">
        <w:t xml:space="preserve"> </w:t>
      </w:r>
      <w:r w:rsidRPr="00D33D84">
        <w:t>empresas</w:t>
      </w:r>
      <w:r w:rsidR="00C77F05">
        <w:t xml:space="preserve"> </w:t>
      </w:r>
      <w:r w:rsidRPr="00D33D84">
        <w:t>&lt;&lt;A&gt;&gt;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&lt;&lt;B&gt;&gt;,</w:t>
      </w:r>
      <w:r w:rsidR="00C77F05">
        <w:t xml:space="preserve"> </w:t>
      </w:r>
      <w:r w:rsidRPr="00D33D84">
        <w:t>participantes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&lt;&lt;Pregão</w:t>
      </w:r>
      <w:r w:rsidR="00C77F05">
        <w:t xml:space="preserve"> </w:t>
      </w:r>
      <w:r w:rsidRPr="00D33D84">
        <w:t>Eletrônico</w:t>
      </w:r>
      <w:r w:rsidR="00C77F05">
        <w:t xml:space="preserve"> </w:t>
      </w:r>
      <w:r w:rsidRPr="00D33D84">
        <w:t>nº</w:t>
      </w:r>
      <w:r w:rsidR="00C77F05">
        <w:t xml:space="preserve"> </w:t>
      </w:r>
      <w:r w:rsidRPr="00D33D84">
        <w:t>03/2026&gt;&gt;,</w:t>
      </w:r>
      <w:r w:rsidR="00C77F05">
        <w:t xml:space="preserve"> </w:t>
      </w:r>
      <w:r w:rsidRPr="00D33D84">
        <w:t>demonstrando</w:t>
      </w:r>
      <w:r w:rsidR="00C77F05">
        <w:t xml:space="preserve"> </w:t>
      </w:r>
      <w:r w:rsidRPr="00D33D84">
        <w:t>conteúdo</w:t>
      </w:r>
      <w:r w:rsidR="00C77F05">
        <w:t xml:space="preserve"> </w:t>
      </w:r>
      <w:r w:rsidRPr="00D33D84">
        <w:t>praticamente</w:t>
      </w:r>
      <w:r w:rsidR="00C77F05">
        <w:t xml:space="preserve"> </w:t>
      </w:r>
      <w:r w:rsidRPr="00D33D84">
        <w:t>idêntico,</w:t>
      </w:r>
      <w:r w:rsidR="00C77F05">
        <w:t xml:space="preserve"> </w:t>
      </w:r>
      <w:r w:rsidRPr="00D33D84">
        <w:t>conforme</w:t>
      </w:r>
      <w:r w:rsidR="00C77F05">
        <w:t xml:space="preserve"> </w:t>
      </w:r>
      <w:r w:rsidRPr="00D33D84">
        <w:t>apresentado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seguir:</w:t>
      </w:r>
    </w:p>
    <w:p w14:paraId="57A7BCBB" w14:textId="1A34ACF7" w:rsidR="00164B4B" w:rsidRPr="00D33D84" w:rsidRDefault="007E53F0">
      <w:pPr>
        <w:spacing w:after="120"/>
        <w:ind w:firstLine="709"/>
        <w:jc w:val="both"/>
      </w:pPr>
      <w:proofErr w:type="gramStart"/>
      <w:r w:rsidRPr="00D33D84">
        <w:t>c.</w:t>
      </w:r>
      <w:proofErr w:type="gramEnd"/>
      <w:r w:rsidRPr="00D33D84">
        <w:t>1)</w:t>
      </w:r>
      <w:r w:rsidR="00C77F05">
        <w:t xml:space="preserve"> </w:t>
      </w:r>
      <w:r w:rsidRPr="00D33D84">
        <w:t>Identidade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cabeçalho:</w:t>
      </w:r>
      <w:r w:rsidR="00C77F05">
        <w:t xml:space="preserve"> </w:t>
      </w:r>
      <w:r w:rsidRPr="00D33D84">
        <w:t>formatação</w:t>
      </w:r>
      <w:r w:rsidR="00C77F05">
        <w:t xml:space="preserve"> </w:t>
      </w:r>
      <w:r w:rsidRPr="00D33D84">
        <w:t>idêntica</w:t>
      </w:r>
      <w:r w:rsidR="00C77F05">
        <w:t xml:space="preserve"> </w:t>
      </w:r>
      <w:r w:rsidRPr="00D33D84">
        <w:t>nas</w:t>
      </w:r>
      <w:r w:rsidR="00C77F05">
        <w:t xml:space="preserve"> </w:t>
      </w:r>
      <w:r w:rsidRPr="00D33D84">
        <w:t>declarações</w:t>
      </w:r>
      <w:r w:rsidR="00C77F05">
        <w:t xml:space="preserve"> </w:t>
      </w:r>
      <w:r w:rsidRPr="00D33D84">
        <w:t>apresentadas</w:t>
      </w:r>
      <w:r w:rsidR="00C77F05">
        <w:t xml:space="preserve"> </w:t>
      </w:r>
      <w:r w:rsidRPr="00D33D84">
        <w:t>pelas</w:t>
      </w:r>
      <w:r w:rsidR="00C77F05">
        <w:t xml:space="preserve"> </w:t>
      </w:r>
      <w:r w:rsidRPr="00D33D84">
        <w:t>empresas</w:t>
      </w:r>
      <w:r w:rsidR="00C77F05">
        <w:t xml:space="preserve"> </w:t>
      </w:r>
      <w:r w:rsidRPr="00D33D84">
        <w:t>&lt;&lt;A&gt;&gt;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&lt;&lt;B&gt;&gt;,</w:t>
      </w:r>
      <w:r w:rsidR="00C77F05">
        <w:t xml:space="preserve"> </w:t>
      </w:r>
      <w:r w:rsidRPr="00D33D84">
        <w:t>diferente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modelo</w:t>
      </w:r>
      <w:r w:rsidR="00C77F05">
        <w:t xml:space="preserve"> </w:t>
      </w:r>
      <w:r w:rsidRPr="00D33D84">
        <w:t>disponibilizado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edital,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mesmo</w:t>
      </w:r>
      <w:r w:rsidR="00C77F05">
        <w:t xml:space="preserve"> </w:t>
      </w:r>
      <w:r w:rsidRPr="00D33D84">
        <w:t>erro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identificação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certame.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06"/>
      </w:tblGrid>
      <w:tr w:rsidR="00164B4B" w:rsidRPr="00D33D84" w14:paraId="774B74B6" w14:textId="77777777">
        <w:trPr>
          <w:jc w:val="center"/>
        </w:trPr>
        <w:tc>
          <w:tcPr>
            <w:tcW w:w="9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59003058" w14:textId="67799F3F" w:rsidR="00164B4B" w:rsidRPr="00D33D84" w:rsidRDefault="007E53F0">
            <w:pPr>
              <w:spacing w:after="0"/>
            </w:pPr>
            <w:r w:rsidRPr="00D33D84">
              <w:rPr>
                <w:i/>
                <w:sz w:val="20"/>
              </w:rPr>
              <w:t>[Inserir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Figura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01: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cabeçalho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do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modelo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oficial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ou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do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documento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correto.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Inserir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Figuras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02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e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03: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cabeçalhos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das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declarações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das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empresas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A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e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B,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destacando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a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identidade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gráfica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e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o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mesmo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erro.</w:t>
            </w:r>
            <w:proofErr w:type="gramStart"/>
            <w:r w:rsidRPr="00D33D84">
              <w:rPr>
                <w:i/>
                <w:sz w:val="20"/>
              </w:rPr>
              <w:t>]</w:t>
            </w:r>
            <w:proofErr w:type="gramEnd"/>
          </w:p>
        </w:tc>
      </w:tr>
    </w:tbl>
    <w:p w14:paraId="24C954AB" w14:textId="77777777" w:rsidR="00164B4B" w:rsidRPr="00D33D84" w:rsidRDefault="00164B4B">
      <w:pPr>
        <w:spacing w:after="60"/>
        <w:ind w:firstLine="709"/>
        <w:jc w:val="both"/>
      </w:pPr>
    </w:p>
    <w:p w14:paraId="5AC1E2FC" w14:textId="184D0895" w:rsidR="00164B4B" w:rsidRPr="00D33D84" w:rsidRDefault="007E53F0">
      <w:pPr>
        <w:spacing w:after="120"/>
        <w:ind w:firstLine="709"/>
        <w:jc w:val="both"/>
      </w:pPr>
      <w:proofErr w:type="gramStart"/>
      <w:r w:rsidRPr="00D33D84">
        <w:t>c.</w:t>
      </w:r>
      <w:proofErr w:type="gramEnd"/>
      <w:r w:rsidRPr="00D33D84">
        <w:t>2)</w:t>
      </w:r>
      <w:r w:rsidR="00C77F05">
        <w:t xml:space="preserve"> </w:t>
      </w:r>
      <w:r w:rsidRPr="00D33D84">
        <w:t>Mesmos</w:t>
      </w:r>
      <w:r w:rsidR="00C77F05">
        <w:t xml:space="preserve"> </w:t>
      </w:r>
      <w:r w:rsidRPr="00D33D84">
        <w:t>erros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texto</w:t>
      </w:r>
      <w:r w:rsidR="00C77F05">
        <w:t xml:space="preserve"> </w:t>
      </w:r>
      <w:r w:rsidRPr="00D33D84">
        <w:t>inicial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proposta:</w:t>
      </w:r>
      <w:r w:rsidR="00C77F05">
        <w:t xml:space="preserve"> </w:t>
      </w:r>
      <w:r w:rsidRPr="00D33D84">
        <w:t>nas</w:t>
      </w:r>
      <w:r w:rsidR="00C77F05">
        <w:t xml:space="preserve"> </w:t>
      </w:r>
      <w:r w:rsidRPr="00D33D84">
        <w:t>propostas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preços</w:t>
      </w:r>
      <w:r w:rsidR="00C77F05">
        <w:t xml:space="preserve"> </w:t>
      </w:r>
      <w:r w:rsidRPr="00D33D84">
        <w:t>das</w:t>
      </w:r>
      <w:r w:rsidR="00C77F05">
        <w:t xml:space="preserve"> </w:t>
      </w:r>
      <w:r w:rsidRPr="00D33D84">
        <w:t>empresas</w:t>
      </w:r>
      <w:r w:rsidR="00C77F05">
        <w:t xml:space="preserve"> </w:t>
      </w:r>
      <w:r w:rsidRPr="00D33D84">
        <w:t>&lt;&lt;A&gt;&gt;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&lt;&lt;B&gt;&gt;,</w:t>
      </w:r>
      <w:r w:rsidR="00C77F05">
        <w:t xml:space="preserve"> </w:t>
      </w:r>
      <w:r w:rsidRPr="00D33D84">
        <w:t>há</w:t>
      </w:r>
      <w:r w:rsidR="00C77F05">
        <w:t xml:space="preserve"> </w:t>
      </w:r>
      <w:r w:rsidRPr="00D33D84">
        <w:t>erro</w:t>
      </w:r>
      <w:r w:rsidR="00C77F05">
        <w:t xml:space="preserve"> </w:t>
      </w:r>
      <w:r w:rsidRPr="00D33D84">
        <w:t>ortográfico</w:t>
      </w:r>
      <w:r w:rsidR="00C77F05">
        <w:t xml:space="preserve"> </w:t>
      </w:r>
      <w:r w:rsidRPr="00D33D84">
        <w:t>idêntico,</w:t>
      </w:r>
      <w:r w:rsidR="00C77F05">
        <w:t xml:space="preserve"> </w:t>
      </w:r>
      <w:r w:rsidRPr="00D33D84">
        <w:t>qual</w:t>
      </w:r>
      <w:r w:rsidR="00C77F05">
        <w:t xml:space="preserve"> </w:t>
      </w:r>
      <w:r w:rsidRPr="00D33D84">
        <w:t>seja,</w:t>
      </w:r>
      <w:r w:rsidR="00C77F05">
        <w:t xml:space="preserve"> </w:t>
      </w:r>
      <w:r w:rsidRPr="00D33D84">
        <w:t>&lt;&lt;</w:t>
      </w:r>
      <w:r w:rsidR="00C77F05">
        <w:t>“</w:t>
      </w:r>
      <w:proofErr w:type="spellStart"/>
      <w:r w:rsidRPr="00D33D84">
        <w:t>Consumudor</w:t>
      </w:r>
      <w:proofErr w:type="spellEnd"/>
      <w:r w:rsidR="00C77F05">
        <w:t>”</w:t>
      </w:r>
      <w:r w:rsidRPr="00D33D84">
        <w:t>&gt;&gt;,</w:t>
      </w:r>
      <w:r w:rsidR="00C77F05">
        <w:t xml:space="preserve"> </w:t>
      </w:r>
      <w:r w:rsidRPr="00D33D84">
        <w:t>além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indicação</w:t>
      </w:r>
      <w:r w:rsidR="00C77F05">
        <w:t xml:space="preserve"> </w:t>
      </w:r>
      <w:r w:rsidRPr="00D33D84">
        <w:t>incorreta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&lt;&lt;número/modalidade/objeto&gt;&gt;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certame.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06"/>
      </w:tblGrid>
      <w:tr w:rsidR="00164B4B" w:rsidRPr="00D33D84" w14:paraId="0628A863" w14:textId="77777777">
        <w:trPr>
          <w:jc w:val="center"/>
        </w:trPr>
        <w:tc>
          <w:tcPr>
            <w:tcW w:w="9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5B2DC698" w14:textId="14F86E5B" w:rsidR="00164B4B" w:rsidRPr="00D33D84" w:rsidRDefault="007E53F0">
            <w:pPr>
              <w:spacing w:after="0"/>
            </w:pPr>
            <w:r w:rsidRPr="00D33D84">
              <w:rPr>
                <w:i/>
                <w:sz w:val="20"/>
              </w:rPr>
              <w:t>[Inserir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Figuras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04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e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05: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trechos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das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propostas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de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A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e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B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com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os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mesmos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erros,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preferencialmente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com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realce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visual.</w:t>
            </w:r>
            <w:proofErr w:type="gramStart"/>
            <w:r w:rsidRPr="00D33D84">
              <w:rPr>
                <w:i/>
                <w:sz w:val="20"/>
              </w:rPr>
              <w:t>]</w:t>
            </w:r>
            <w:proofErr w:type="gramEnd"/>
          </w:p>
        </w:tc>
      </w:tr>
    </w:tbl>
    <w:p w14:paraId="60D09868" w14:textId="77777777" w:rsidR="00164B4B" w:rsidRPr="00D33D84" w:rsidRDefault="00164B4B">
      <w:pPr>
        <w:spacing w:after="60"/>
        <w:ind w:firstLine="709"/>
        <w:jc w:val="both"/>
      </w:pPr>
    </w:p>
    <w:p w14:paraId="3D73C1B2" w14:textId="1AFDEE59" w:rsidR="00164B4B" w:rsidRPr="00D33D84" w:rsidRDefault="007E53F0">
      <w:pPr>
        <w:spacing w:after="120"/>
        <w:ind w:firstLine="709"/>
        <w:jc w:val="both"/>
      </w:pPr>
      <w:proofErr w:type="gramStart"/>
      <w:r w:rsidRPr="00D33D84">
        <w:t>c.</w:t>
      </w:r>
      <w:proofErr w:type="gramEnd"/>
      <w:r w:rsidRPr="00D33D84">
        <w:t>3)</w:t>
      </w:r>
      <w:r w:rsidR="00C77F05">
        <w:t xml:space="preserve"> </w:t>
      </w:r>
      <w:r w:rsidRPr="00D33D84">
        <w:t>Identidade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seção</w:t>
      </w:r>
      <w:r w:rsidR="00C77F05">
        <w:t xml:space="preserve"> “</w:t>
      </w:r>
      <w:r w:rsidRPr="00D33D84">
        <w:t>Declarações</w:t>
      </w:r>
      <w:r w:rsidR="00C77F05">
        <w:t>”</w:t>
      </w:r>
      <w:r w:rsidRPr="00D33D84">
        <w:t>:</w:t>
      </w:r>
      <w:r w:rsidR="00C77F05">
        <w:t xml:space="preserve"> </w:t>
      </w:r>
      <w:r w:rsidRPr="00D33D84">
        <w:t>texto</w:t>
      </w:r>
      <w:r w:rsidR="00C77F05">
        <w:t xml:space="preserve"> </w:t>
      </w:r>
      <w:r w:rsidRPr="00D33D84">
        <w:t>idêntico</w:t>
      </w:r>
      <w:r w:rsidR="00C77F05">
        <w:t xml:space="preserve"> </w:t>
      </w:r>
      <w:r w:rsidRPr="00D33D84">
        <w:t>nas</w:t>
      </w:r>
      <w:r w:rsidR="00C77F05">
        <w:t xml:space="preserve"> </w:t>
      </w:r>
      <w:r w:rsidRPr="00D33D84">
        <w:t>propostas</w:t>
      </w:r>
      <w:r w:rsidR="00C77F05">
        <w:t xml:space="preserve"> </w:t>
      </w:r>
      <w:r w:rsidRPr="00D33D84">
        <w:t>das</w:t>
      </w:r>
      <w:r w:rsidR="00C77F05">
        <w:t xml:space="preserve"> </w:t>
      </w:r>
      <w:r w:rsidRPr="00D33D84">
        <w:t>empresas</w:t>
      </w:r>
      <w:r w:rsidR="00C77F05">
        <w:t xml:space="preserve"> </w:t>
      </w:r>
      <w:r w:rsidRPr="00D33D84">
        <w:t>&lt;&lt;A&gt;&gt;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&lt;&lt;B&gt;&gt;,</w:t>
      </w:r>
      <w:r w:rsidR="00C77F05">
        <w:t xml:space="preserve"> </w:t>
      </w:r>
      <w:r w:rsidRPr="00D33D84">
        <w:t>inclusive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os</w:t>
      </w:r>
      <w:r w:rsidR="00C77F05">
        <w:t xml:space="preserve"> </w:t>
      </w:r>
      <w:r w:rsidRPr="00D33D84">
        <w:t>mesmos</w:t>
      </w:r>
      <w:r w:rsidR="00C77F05">
        <w:t xml:space="preserve"> </w:t>
      </w:r>
      <w:r w:rsidRPr="00D33D84">
        <w:t>erros</w:t>
      </w:r>
      <w:r w:rsidR="00C77F05">
        <w:t xml:space="preserve"> </w:t>
      </w:r>
      <w:r w:rsidRPr="00D33D84">
        <w:t>ortográficos</w:t>
      </w:r>
      <w:r w:rsidR="00C77F05">
        <w:t xml:space="preserve"> </w:t>
      </w:r>
      <w:r w:rsidRPr="00D33D84">
        <w:t>&lt;&lt;</w:t>
      </w:r>
      <w:r w:rsidR="00C77F05">
        <w:t>“</w:t>
      </w:r>
      <w:proofErr w:type="spellStart"/>
      <w:r w:rsidRPr="00D33D84">
        <w:t>aprensentados</w:t>
      </w:r>
      <w:proofErr w:type="spellEnd"/>
      <w:r w:rsidR="00C77F05">
        <w:t>”</w:t>
      </w:r>
      <w:r w:rsidRPr="00D33D84">
        <w:t>&gt;&gt;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&lt;&lt;</w:t>
      </w:r>
      <w:r w:rsidR="00C77F05">
        <w:t>“</w:t>
      </w:r>
      <w:proofErr w:type="spellStart"/>
      <w:r w:rsidRPr="00D33D84">
        <w:t>acrecimos</w:t>
      </w:r>
      <w:proofErr w:type="spellEnd"/>
      <w:r w:rsidR="00C77F05">
        <w:t>”</w:t>
      </w:r>
      <w:r w:rsidRPr="00D33D84">
        <w:t>&gt;&gt;.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06"/>
      </w:tblGrid>
      <w:tr w:rsidR="00164B4B" w:rsidRPr="00D33D84" w14:paraId="0ABC7DAB" w14:textId="77777777">
        <w:trPr>
          <w:jc w:val="center"/>
        </w:trPr>
        <w:tc>
          <w:tcPr>
            <w:tcW w:w="9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1CDAA36E" w14:textId="39FF75F6" w:rsidR="00164B4B" w:rsidRPr="00D33D84" w:rsidRDefault="007E53F0">
            <w:pPr>
              <w:spacing w:after="0"/>
            </w:pPr>
            <w:r w:rsidRPr="00D33D84">
              <w:rPr>
                <w:i/>
                <w:sz w:val="20"/>
              </w:rPr>
              <w:t>[Inserir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Figuras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06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e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07: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seção</w:t>
            </w:r>
            <w:r w:rsidR="00C77F05">
              <w:rPr>
                <w:i/>
                <w:sz w:val="20"/>
              </w:rPr>
              <w:t xml:space="preserve"> “</w:t>
            </w:r>
            <w:r w:rsidRPr="00D33D84">
              <w:rPr>
                <w:i/>
                <w:sz w:val="20"/>
              </w:rPr>
              <w:t>Declarações</w:t>
            </w:r>
            <w:r w:rsidR="00C77F05">
              <w:rPr>
                <w:i/>
                <w:sz w:val="20"/>
              </w:rPr>
              <w:t xml:space="preserve">” </w:t>
            </w:r>
            <w:r w:rsidRPr="00D33D84">
              <w:rPr>
                <w:i/>
                <w:sz w:val="20"/>
              </w:rPr>
              <w:t>das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duas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licitantes.</w:t>
            </w:r>
            <w:proofErr w:type="gramStart"/>
            <w:r w:rsidRPr="00D33D84">
              <w:rPr>
                <w:i/>
                <w:sz w:val="20"/>
              </w:rPr>
              <w:t>]</w:t>
            </w:r>
            <w:proofErr w:type="gramEnd"/>
          </w:p>
        </w:tc>
      </w:tr>
    </w:tbl>
    <w:p w14:paraId="7C2DC044" w14:textId="77777777" w:rsidR="00164B4B" w:rsidRPr="00D33D84" w:rsidRDefault="00164B4B">
      <w:pPr>
        <w:spacing w:after="60"/>
        <w:ind w:firstLine="709"/>
        <w:jc w:val="both"/>
      </w:pPr>
    </w:p>
    <w:p w14:paraId="0235E4EC" w14:textId="4FCB9B6B" w:rsidR="00164B4B" w:rsidRPr="00D33D84" w:rsidRDefault="007E53F0">
      <w:pPr>
        <w:spacing w:after="120"/>
        <w:ind w:firstLine="709"/>
        <w:jc w:val="both"/>
      </w:pPr>
      <w:proofErr w:type="gramStart"/>
      <w:r w:rsidRPr="00D33D84">
        <w:t>c.</w:t>
      </w:r>
      <w:proofErr w:type="gramEnd"/>
      <w:r w:rsidRPr="00D33D84">
        <w:t>4)</w:t>
      </w:r>
      <w:r w:rsidR="00C77F05">
        <w:t xml:space="preserve"> </w:t>
      </w:r>
      <w:r w:rsidRPr="00D33D84">
        <w:t>Identidade</w:t>
      </w:r>
      <w:r w:rsidR="00C77F05">
        <w:t xml:space="preserve"> </w:t>
      </w:r>
      <w:r w:rsidRPr="00D33D84">
        <w:t>na</w:t>
      </w:r>
      <w:r w:rsidR="00C77F05">
        <w:t xml:space="preserve"> </w:t>
      </w:r>
      <w:r w:rsidRPr="00D33D84">
        <w:t>seção</w:t>
      </w:r>
      <w:r w:rsidR="00C77F05">
        <w:t xml:space="preserve"> “</w:t>
      </w:r>
      <w:r w:rsidRPr="00D33D84">
        <w:t>validade</w:t>
      </w:r>
      <w:r w:rsidR="00C77F05">
        <w:t xml:space="preserve"> </w:t>
      </w:r>
      <w:r w:rsidRPr="00D33D84">
        <w:t>das</w:t>
      </w:r>
      <w:r w:rsidR="00C77F05">
        <w:t xml:space="preserve"> </w:t>
      </w:r>
      <w:r w:rsidRPr="00D33D84">
        <w:t>propostas</w:t>
      </w:r>
      <w:r w:rsidR="00C77F05">
        <w:t>”</w:t>
      </w:r>
      <w:r w:rsidRPr="00D33D84">
        <w:t>:</w:t>
      </w:r>
      <w:r w:rsidR="00C77F05">
        <w:t xml:space="preserve"> </w:t>
      </w:r>
      <w:r w:rsidRPr="00D33D84">
        <w:t>texto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erro</w:t>
      </w:r>
      <w:r w:rsidR="00C77F05">
        <w:t xml:space="preserve"> </w:t>
      </w:r>
      <w:r w:rsidRPr="00D33D84">
        <w:t>gramatical</w:t>
      </w:r>
      <w:r w:rsidR="00C77F05">
        <w:t xml:space="preserve"> </w:t>
      </w:r>
      <w:r w:rsidRPr="00D33D84">
        <w:t>idêntico,</w:t>
      </w:r>
      <w:r w:rsidR="00C77F05">
        <w:t xml:space="preserve"> </w:t>
      </w:r>
      <w:r w:rsidRPr="00D33D84">
        <w:t>como</w:t>
      </w:r>
      <w:r w:rsidR="00C77F05">
        <w:t xml:space="preserve"> </w:t>
      </w:r>
      <w:r w:rsidRPr="00D33D84">
        <w:t>&lt;&lt;</w:t>
      </w:r>
      <w:r w:rsidR="00C77F05">
        <w:t>“</w:t>
      </w:r>
      <w:r w:rsidRPr="00D33D84">
        <w:t>validade</w:t>
      </w:r>
      <w:r w:rsidR="00C77F05">
        <w:t xml:space="preserve"> </w:t>
      </w:r>
      <w:r w:rsidRPr="00D33D84">
        <w:t>das</w:t>
      </w:r>
      <w:r w:rsidR="00C77F05">
        <w:t xml:space="preserve"> </w:t>
      </w:r>
      <w:r w:rsidRPr="00D33D84">
        <w:t>proposta</w:t>
      </w:r>
      <w:r w:rsidR="00C77F05">
        <w:t>”</w:t>
      </w:r>
      <w:r w:rsidRPr="00D33D84">
        <w:t>&gt;&gt;,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lugar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&lt;&lt;</w:t>
      </w:r>
      <w:r w:rsidR="00C77F05">
        <w:t>“</w:t>
      </w:r>
      <w:r w:rsidRPr="00D33D84">
        <w:t>validade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proposta</w:t>
      </w:r>
      <w:r w:rsidR="00C77F05">
        <w:t>”</w:t>
      </w:r>
      <w:r w:rsidRPr="00D33D84">
        <w:t>&gt;&gt;,</w:t>
      </w:r>
      <w:r w:rsidR="00C77F05">
        <w:t xml:space="preserve"> </w:t>
      </w:r>
      <w:r w:rsidRPr="00D33D84">
        <w:t>nos</w:t>
      </w:r>
      <w:r w:rsidR="00C77F05">
        <w:t xml:space="preserve"> </w:t>
      </w:r>
      <w:r w:rsidRPr="00D33D84">
        <w:t>documentos</w:t>
      </w:r>
      <w:r w:rsidR="00C77F05">
        <w:t xml:space="preserve"> </w:t>
      </w:r>
      <w:r w:rsidRPr="00D33D84">
        <w:t>das</w:t>
      </w:r>
      <w:r w:rsidR="00C77F05">
        <w:t xml:space="preserve"> </w:t>
      </w:r>
      <w:r w:rsidRPr="00D33D84">
        <w:t>empresas</w:t>
      </w:r>
      <w:r w:rsidR="00C77F05">
        <w:t xml:space="preserve"> </w:t>
      </w:r>
      <w:r w:rsidRPr="00D33D84">
        <w:t>&lt;&lt;A&gt;&gt;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&lt;&lt;B&gt;&gt;.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06"/>
      </w:tblGrid>
      <w:tr w:rsidR="00164B4B" w:rsidRPr="00D33D84" w14:paraId="3E22AC66" w14:textId="77777777">
        <w:trPr>
          <w:jc w:val="center"/>
        </w:trPr>
        <w:tc>
          <w:tcPr>
            <w:tcW w:w="940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689BDAB8" w14:textId="2B35588D" w:rsidR="00164B4B" w:rsidRPr="00D33D84" w:rsidRDefault="007E53F0">
            <w:pPr>
              <w:spacing w:after="0"/>
            </w:pPr>
            <w:r w:rsidRPr="00D33D84">
              <w:rPr>
                <w:i/>
                <w:sz w:val="20"/>
              </w:rPr>
              <w:t>[Inserir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Figuras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08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e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09: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seção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de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validade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das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propostas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das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duas</w:t>
            </w:r>
            <w:r w:rsidR="00C77F05">
              <w:rPr>
                <w:i/>
                <w:sz w:val="20"/>
              </w:rPr>
              <w:t xml:space="preserve"> </w:t>
            </w:r>
            <w:r w:rsidRPr="00D33D84">
              <w:rPr>
                <w:i/>
                <w:sz w:val="20"/>
              </w:rPr>
              <w:t>licitantes.</w:t>
            </w:r>
            <w:proofErr w:type="gramStart"/>
            <w:r w:rsidRPr="00D33D84">
              <w:rPr>
                <w:i/>
                <w:sz w:val="20"/>
              </w:rPr>
              <w:t>]</w:t>
            </w:r>
            <w:proofErr w:type="gramEnd"/>
          </w:p>
        </w:tc>
      </w:tr>
    </w:tbl>
    <w:p w14:paraId="533C9095" w14:textId="77777777" w:rsidR="00164B4B" w:rsidRPr="00D33D84" w:rsidRDefault="00164B4B">
      <w:pPr>
        <w:spacing w:after="60"/>
        <w:ind w:firstLine="709"/>
        <w:jc w:val="both"/>
      </w:pPr>
    </w:p>
    <w:p w14:paraId="55838190" w14:textId="66D1C5F1" w:rsidR="00164B4B" w:rsidRPr="00D33D84" w:rsidRDefault="007E53F0">
      <w:pPr>
        <w:spacing w:after="120"/>
        <w:ind w:firstLine="709"/>
        <w:jc w:val="both"/>
      </w:pPr>
      <w:r w:rsidRPr="00D33D84">
        <w:t>Essas</w:t>
      </w:r>
      <w:r w:rsidR="00C77F05">
        <w:t xml:space="preserve"> </w:t>
      </w:r>
      <w:r w:rsidRPr="00D33D84">
        <w:t>identidades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semelhanças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devem</w:t>
      </w:r>
      <w:r w:rsidR="00C77F05">
        <w:t xml:space="preserve"> </w:t>
      </w:r>
      <w:r w:rsidRPr="00D33D84">
        <w:t>ser</w:t>
      </w:r>
      <w:r w:rsidR="00C77F05">
        <w:t xml:space="preserve"> </w:t>
      </w:r>
      <w:r w:rsidRPr="00D33D84">
        <w:t>tratadas</w:t>
      </w:r>
      <w:r w:rsidR="00C77F05">
        <w:t xml:space="preserve"> </w:t>
      </w:r>
      <w:r w:rsidRPr="00D33D84">
        <w:t>isoladamente</w:t>
      </w:r>
      <w:r w:rsidR="00C77F05">
        <w:t xml:space="preserve"> </w:t>
      </w:r>
      <w:r w:rsidRPr="00D33D84">
        <w:t>como</w:t>
      </w:r>
      <w:r w:rsidR="00C77F05">
        <w:t xml:space="preserve"> </w:t>
      </w:r>
      <w:r w:rsidRPr="00D33D84">
        <w:t>prova</w:t>
      </w:r>
      <w:r w:rsidR="00C77F05">
        <w:t xml:space="preserve"> </w:t>
      </w:r>
      <w:r w:rsidRPr="00D33D84">
        <w:t>automática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fraude.</w:t>
      </w:r>
      <w:r w:rsidR="00C77F05">
        <w:t xml:space="preserve"> </w:t>
      </w:r>
      <w:r w:rsidRPr="00D33D84">
        <w:t>Entretanto,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contexto</w:t>
      </w:r>
      <w:r w:rsidR="00C77F05">
        <w:t xml:space="preserve"> </w:t>
      </w:r>
      <w:r w:rsidRPr="00D33D84">
        <w:t>examinado,</w:t>
      </w:r>
      <w:r w:rsidR="00C77F05">
        <w:t xml:space="preserve"> </w:t>
      </w:r>
      <w:r w:rsidRPr="00D33D84">
        <w:t>elas</w:t>
      </w:r>
      <w:r w:rsidR="00C77F05">
        <w:t xml:space="preserve"> </w:t>
      </w:r>
      <w:r w:rsidRPr="00D33D84">
        <w:t>se</w:t>
      </w:r>
      <w:r w:rsidR="00C77F05">
        <w:t xml:space="preserve"> </w:t>
      </w:r>
      <w:r w:rsidRPr="00D33D84">
        <w:t>somam</w:t>
      </w:r>
      <w:r w:rsidR="00C77F05">
        <w:t xml:space="preserve"> </w:t>
      </w:r>
      <w:r w:rsidRPr="00D33D84">
        <w:t>às</w:t>
      </w:r>
      <w:r w:rsidR="00C77F05">
        <w:t xml:space="preserve"> </w:t>
      </w:r>
      <w:r w:rsidRPr="00D33D84">
        <w:t>demais</w:t>
      </w:r>
      <w:r w:rsidR="00C77F05">
        <w:t xml:space="preserve"> </w:t>
      </w:r>
      <w:r w:rsidRPr="00D33D84">
        <w:t>circunstâncias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indicam</w:t>
      </w:r>
      <w:r w:rsidR="00C77F05">
        <w:t xml:space="preserve"> </w:t>
      </w:r>
      <w:r w:rsidRPr="00D33D84">
        <w:t>elaboração</w:t>
      </w:r>
      <w:r w:rsidR="00C77F05">
        <w:t xml:space="preserve"> </w:t>
      </w:r>
      <w:r w:rsidRPr="00D33D84">
        <w:t>conjunta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coordenação</w:t>
      </w:r>
      <w:r w:rsidR="00C77F05">
        <w:t xml:space="preserve"> </w:t>
      </w:r>
      <w:r w:rsidRPr="00D33D84">
        <w:t>entre</w:t>
      </w:r>
      <w:r w:rsidR="00C77F05">
        <w:t xml:space="preserve"> </w:t>
      </w:r>
      <w:r w:rsidRPr="00D33D84">
        <w:t>licitantes</w:t>
      </w:r>
      <w:r w:rsidR="00C77F05">
        <w:t xml:space="preserve"> </w:t>
      </w:r>
      <w:r w:rsidRPr="00D33D84">
        <w:t>que</w:t>
      </w:r>
      <w:r w:rsidR="00C77F05">
        <w:t xml:space="preserve"> </w:t>
      </w:r>
      <w:r w:rsidRPr="00D33D84">
        <w:t>formalmente</w:t>
      </w:r>
      <w:r w:rsidR="00C77F05">
        <w:t xml:space="preserve"> </w:t>
      </w:r>
      <w:r w:rsidRPr="00D33D84">
        <w:t>se</w:t>
      </w:r>
      <w:r w:rsidR="00C77F05">
        <w:t xml:space="preserve"> </w:t>
      </w:r>
      <w:r w:rsidRPr="00D33D84">
        <w:lastRenderedPageBreak/>
        <w:t>apresentaram</w:t>
      </w:r>
      <w:r w:rsidR="00C77F05">
        <w:t xml:space="preserve"> </w:t>
      </w:r>
      <w:r w:rsidRPr="00D33D84">
        <w:t>como</w:t>
      </w:r>
      <w:r w:rsidR="00C77F05">
        <w:t xml:space="preserve"> </w:t>
      </w:r>
      <w:r w:rsidRPr="00D33D84">
        <w:t>concorrentes.</w:t>
      </w:r>
      <w:r w:rsidR="00C77F05">
        <w:t xml:space="preserve"> </w:t>
      </w:r>
      <w:r w:rsidRPr="00D33D84">
        <w:t>Trata-se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evidência</w:t>
      </w:r>
      <w:r w:rsidR="00C77F05">
        <w:t xml:space="preserve"> </w:t>
      </w:r>
      <w:r w:rsidRPr="00D33D84">
        <w:t>indireta</w:t>
      </w:r>
      <w:r w:rsidR="00C77F05">
        <w:t xml:space="preserve"> </w:t>
      </w:r>
      <w:r w:rsidRPr="00D33D84">
        <w:t>relevante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simulação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competição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possível</w:t>
      </w:r>
      <w:r w:rsidR="00C77F05">
        <w:t xml:space="preserve"> </w:t>
      </w:r>
      <w:r w:rsidRPr="00D33D84">
        <w:t>frustração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caráter</w:t>
      </w:r>
      <w:r w:rsidR="00C77F05">
        <w:t xml:space="preserve"> </w:t>
      </w:r>
      <w:r w:rsidRPr="00D33D84">
        <w:t>competitivo.</w:t>
      </w:r>
    </w:p>
    <w:p w14:paraId="310E5E8F" w14:textId="1D7B5049" w:rsidR="00164B4B" w:rsidRPr="00D33D84" w:rsidRDefault="007E53F0">
      <w:pPr>
        <w:spacing w:before="200" w:after="120"/>
      </w:pPr>
      <w:r w:rsidRPr="00D33D84">
        <w:rPr>
          <w:b/>
          <w:sz w:val="26"/>
        </w:rPr>
        <w:t>6.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Conclusão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sobre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o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processo</w:t>
      </w:r>
      <w:r w:rsidR="00C77F05">
        <w:rPr>
          <w:b/>
          <w:sz w:val="26"/>
        </w:rPr>
        <w:t xml:space="preserve"> </w:t>
      </w:r>
      <w:r w:rsidRPr="00D33D84">
        <w:rPr>
          <w:b/>
          <w:sz w:val="26"/>
        </w:rPr>
        <w:t>licitatório</w:t>
      </w:r>
    </w:p>
    <w:p w14:paraId="0F4E6759" w14:textId="59EC484D" w:rsidR="00164B4B" w:rsidRPr="00D33D84" w:rsidRDefault="007E53F0">
      <w:pPr>
        <w:spacing w:after="120"/>
        <w:ind w:firstLine="709"/>
        <w:jc w:val="both"/>
      </w:pPr>
      <w:r w:rsidRPr="00D33D84">
        <w:t>Fraudes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processos</w:t>
      </w:r>
      <w:r w:rsidR="00C77F05">
        <w:t xml:space="preserve"> </w:t>
      </w:r>
      <w:r w:rsidRPr="00D33D84">
        <w:t>licitatórios</w:t>
      </w:r>
      <w:r w:rsidR="00C77F05">
        <w:t xml:space="preserve"> </w:t>
      </w:r>
      <w:r w:rsidRPr="00D33D84">
        <w:t>dificilmente</w:t>
      </w:r>
      <w:r w:rsidR="00C77F05">
        <w:t xml:space="preserve"> </w:t>
      </w:r>
      <w:r w:rsidRPr="00D33D84">
        <w:t>deixam</w:t>
      </w:r>
      <w:r w:rsidR="00C77F05">
        <w:t xml:space="preserve"> </w:t>
      </w:r>
      <w:r w:rsidRPr="00D33D84">
        <w:t>prova</w:t>
      </w:r>
      <w:r w:rsidR="00C77F05">
        <w:t xml:space="preserve"> </w:t>
      </w:r>
      <w:proofErr w:type="gramStart"/>
      <w:r w:rsidRPr="00D33D84">
        <w:t>direta,</w:t>
      </w:r>
      <w:r w:rsidR="00C77F05">
        <w:t xml:space="preserve"> </w:t>
      </w:r>
      <w:r w:rsidRPr="00D33D84">
        <w:t>cabal</w:t>
      </w:r>
      <w:proofErr w:type="gramEnd"/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escrita.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geral,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demonstração</w:t>
      </w:r>
      <w:r w:rsidR="00C77F05">
        <w:t xml:space="preserve"> </w:t>
      </w:r>
      <w:r w:rsidRPr="00D33D84">
        <w:t>decorre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prova</w:t>
      </w:r>
      <w:r w:rsidR="00C77F05">
        <w:t xml:space="preserve"> </w:t>
      </w:r>
      <w:r w:rsidRPr="00D33D84">
        <w:t>indiciária,</w:t>
      </w:r>
      <w:r w:rsidR="00C77F05">
        <w:t xml:space="preserve"> </w:t>
      </w:r>
      <w:r w:rsidRPr="00D33D84">
        <w:t>construída</w:t>
      </w:r>
      <w:r w:rsidR="00C77F05">
        <w:t xml:space="preserve"> </w:t>
      </w:r>
      <w:r w:rsidRPr="00D33D84">
        <w:t>pelo</w:t>
      </w:r>
      <w:r w:rsidR="00C77F05">
        <w:t xml:space="preserve"> </w:t>
      </w:r>
      <w:r w:rsidRPr="00D33D84">
        <w:t>somatório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circunstâncias</w:t>
      </w:r>
      <w:r w:rsidR="00C77F05">
        <w:t xml:space="preserve"> </w:t>
      </w:r>
      <w:r w:rsidRPr="00D33D84">
        <w:t>convergentes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concordantes.</w:t>
      </w:r>
      <w:r w:rsidR="00C77F05">
        <w:t xml:space="preserve"> </w:t>
      </w:r>
      <w:r w:rsidRPr="00D33D84">
        <w:t>Por</w:t>
      </w:r>
      <w:r w:rsidR="00C77F05">
        <w:t xml:space="preserve"> </w:t>
      </w:r>
      <w:r w:rsidRPr="00D33D84">
        <w:t>isso,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análise</w:t>
      </w:r>
      <w:r w:rsidR="00C77F05">
        <w:t xml:space="preserve"> </w:t>
      </w:r>
      <w:r w:rsidRPr="00D33D84">
        <w:t>não</w:t>
      </w:r>
      <w:r w:rsidR="00C77F05">
        <w:t xml:space="preserve"> </w:t>
      </w:r>
      <w:r w:rsidRPr="00D33D84">
        <w:t>deve</w:t>
      </w:r>
      <w:r w:rsidR="00C77F05">
        <w:t xml:space="preserve"> </w:t>
      </w:r>
      <w:r w:rsidRPr="00D33D84">
        <w:t>supervalorizar</w:t>
      </w:r>
      <w:r w:rsidR="00C77F05">
        <w:t xml:space="preserve"> </w:t>
      </w:r>
      <w:r w:rsidRPr="00D33D84">
        <w:t>um</w:t>
      </w:r>
      <w:r w:rsidR="00C77F05">
        <w:t xml:space="preserve"> </w:t>
      </w:r>
      <w:r w:rsidRPr="00D33D84">
        <w:t>único</w:t>
      </w:r>
      <w:r w:rsidR="00C77F05">
        <w:t xml:space="preserve"> </w:t>
      </w:r>
      <w:r w:rsidRPr="00D33D84">
        <w:t>elemento,</w:t>
      </w:r>
      <w:r w:rsidR="00C77F05">
        <w:t xml:space="preserve"> </w:t>
      </w:r>
      <w:r w:rsidRPr="00D33D84">
        <w:t>mas</w:t>
      </w:r>
      <w:r w:rsidR="00C77F05">
        <w:t xml:space="preserve"> </w:t>
      </w:r>
      <w:r w:rsidRPr="00D33D84">
        <w:t>mostrar</w:t>
      </w:r>
      <w:r w:rsidR="00C77F05">
        <w:t xml:space="preserve"> </w:t>
      </w:r>
      <w:r w:rsidRPr="00D33D84">
        <w:t>como</w:t>
      </w:r>
      <w:r w:rsidR="00C77F05">
        <w:t xml:space="preserve"> </w:t>
      </w:r>
      <w:r w:rsidRPr="00D33D84">
        <w:t>as</w:t>
      </w:r>
      <w:r w:rsidR="00C77F05">
        <w:t xml:space="preserve"> </w:t>
      </w:r>
      <w:r w:rsidRPr="00D33D84">
        <w:t>evidências</w:t>
      </w:r>
      <w:r w:rsidR="00C77F05">
        <w:t xml:space="preserve"> </w:t>
      </w:r>
      <w:r w:rsidRPr="00D33D84">
        <w:t>se</w:t>
      </w:r>
      <w:r w:rsidR="00C77F05">
        <w:t xml:space="preserve"> </w:t>
      </w:r>
      <w:r w:rsidRPr="00D33D84">
        <w:t>reforçam</w:t>
      </w:r>
      <w:r w:rsidR="00C77F05">
        <w:t xml:space="preserve"> </w:t>
      </w:r>
      <w:r w:rsidRPr="00D33D84">
        <w:t>mutuamente</w:t>
      </w:r>
      <w:r w:rsidR="00C77F05">
        <w:t xml:space="preserve"> </w:t>
      </w:r>
      <w:r w:rsidRPr="00D33D84">
        <w:t>e</w:t>
      </w:r>
      <w:r w:rsidR="00C77F05">
        <w:t xml:space="preserve"> </w:t>
      </w:r>
      <w:proofErr w:type="gramStart"/>
      <w:r w:rsidRPr="00D33D84">
        <w:t>tornam</w:t>
      </w:r>
      <w:proofErr w:type="gramEnd"/>
      <w:r w:rsidR="00C77F05">
        <w:t xml:space="preserve"> </w:t>
      </w:r>
      <w:r w:rsidRPr="00D33D84">
        <w:t>racionalmente</w:t>
      </w:r>
      <w:r w:rsidR="00C77F05">
        <w:t xml:space="preserve"> </w:t>
      </w:r>
      <w:r w:rsidRPr="00D33D84">
        <w:t>mais</w:t>
      </w:r>
      <w:r w:rsidR="00C77F05">
        <w:t xml:space="preserve"> </w:t>
      </w:r>
      <w:r w:rsidRPr="00D33D84">
        <w:t>provável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hipótese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fraude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direcionamento.</w:t>
      </w:r>
    </w:p>
    <w:p w14:paraId="4DDF7B2D" w14:textId="6FFC8524" w:rsidR="00164B4B" w:rsidRPr="00D33D84" w:rsidRDefault="007E53F0">
      <w:pPr>
        <w:spacing w:after="120"/>
        <w:ind w:firstLine="709"/>
        <w:jc w:val="both"/>
      </w:pPr>
      <w:r w:rsidRPr="00D33D84">
        <w:t>No</w:t>
      </w:r>
      <w:r w:rsidR="00C77F05">
        <w:t xml:space="preserve"> </w:t>
      </w:r>
      <w:r w:rsidRPr="00D33D84">
        <w:t>presente</w:t>
      </w:r>
      <w:r w:rsidR="00C77F05">
        <w:t xml:space="preserve"> </w:t>
      </w:r>
      <w:r w:rsidRPr="00D33D84">
        <w:t>achado,</w:t>
      </w:r>
      <w:r w:rsidR="00C77F05">
        <w:t xml:space="preserve"> </w:t>
      </w:r>
      <w:r w:rsidRPr="00D33D84">
        <w:t>o</w:t>
      </w:r>
      <w:r w:rsidR="00C77F05">
        <w:t xml:space="preserve"> </w:t>
      </w:r>
      <w:r w:rsidRPr="00D33D84">
        <w:t>conjunto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situações</w:t>
      </w:r>
      <w:r w:rsidR="00C77F05">
        <w:t xml:space="preserve"> </w:t>
      </w:r>
      <w:r w:rsidRPr="00D33D84">
        <w:t>apontadas</w:t>
      </w:r>
      <w:r w:rsidR="00C77F05">
        <w:t xml:space="preserve"> </w:t>
      </w:r>
      <w:r w:rsidRPr="00D33D84">
        <w:t>evidencia</w:t>
      </w:r>
      <w:r w:rsidR="00C77F05">
        <w:t xml:space="preserve"> </w:t>
      </w:r>
      <w:r w:rsidRPr="00D33D84">
        <w:t>forte</w:t>
      </w:r>
      <w:r w:rsidR="00C77F05">
        <w:t xml:space="preserve"> </w:t>
      </w:r>
      <w:r w:rsidRPr="00D33D84">
        <w:t>comprometimento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caráter</w:t>
      </w:r>
      <w:r w:rsidR="00C77F05">
        <w:t xml:space="preserve"> </w:t>
      </w:r>
      <w:r w:rsidRPr="00D33D84">
        <w:t>competitivo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certame:</w:t>
      </w:r>
    </w:p>
    <w:p w14:paraId="11854FE2" w14:textId="07B8ED6B" w:rsidR="00164B4B" w:rsidRPr="00D33D84" w:rsidRDefault="007E53F0">
      <w:pPr>
        <w:pStyle w:val="Commarcadores"/>
        <w:spacing w:after="60"/>
        <w:ind w:left="709"/>
      </w:pPr>
      <w:proofErr w:type="gramStart"/>
      <w:r w:rsidRPr="00D33D84">
        <w:t>objeto</w:t>
      </w:r>
      <w:proofErr w:type="gramEnd"/>
      <w:r w:rsidR="00C77F05">
        <w:t xml:space="preserve"> </w:t>
      </w:r>
      <w:r w:rsidRPr="00D33D84">
        <w:t>definido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forma</w:t>
      </w:r>
      <w:r w:rsidR="00C77F05">
        <w:t xml:space="preserve"> </w:t>
      </w:r>
      <w:r w:rsidRPr="00D33D84">
        <w:t>imprecisa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insuficiente,</w:t>
      </w:r>
      <w:r w:rsidR="00C77F05">
        <w:t xml:space="preserve"> </w:t>
      </w:r>
      <w:r w:rsidRPr="00D33D84">
        <w:t>impedindo</w:t>
      </w:r>
      <w:r w:rsidR="00C77F05">
        <w:t xml:space="preserve"> </w:t>
      </w:r>
      <w:r w:rsidRPr="00D33D84">
        <w:t>comparação</w:t>
      </w:r>
      <w:r w:rsidR="00C77F05">
        <w:t xml:space="preserve"> </w:t>
      </w:r>
      <w:r w:rsidRPr="00D33D84">
        <w:t>objetiva</w:t>
      </w:r>
      <w:r w:rsidR="00C77F05">
        <w:t xml:space="preserve"> </w:t>
      </w:r>
      <w:r w:rsidRPr="00D33D84">
        <w:t>das</w:t>
      </w:r>
      <w:r w:rsidR="00C77F05">
        <w:t xml:space="preserve"> </w:t>
      </w:r>
      <w:r w:rsidRPr="00D33D84">
        <w:t>propostas;</w:t>
      </w:r>
    </w:p>
    <w:p w14:paraId="42563F1C" w14:textId="4F593EFA" w:rsidR="00164B4B" w:rsidRPr="00D33D84" w:rsidRDefault="007E53F0">
      <w:pPr>
        <w:pStyle w:val="Commarcadores"/>
        <w:spacing w:after="60"/>
        <w:ind w:left="709"/>
      </w:pPr>
      <w:proofErr w:type="gramStart"/>
      <w:r w:rsidRPr="00D33D84">
        <w:t>contratações</w:t>
      </w:r>
      <w:proofErr w:type="gramEnd"/>
      <w:r w:rsidR="00C77F05">
        <w:t xml:space="preserve"> </w:t>
      </w:r>
      <w:r w:rsidRPr="00D33D84">
        <w:t>fragmentadas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pulverizadas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objetos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mesma</w:t>
      </w:r>
      <w:r w:rsidR="00C77F05">
        <w:t xml:space="preserve"> </w:t>
      </w:r>
      <w:r w:rsidRPr="00D33D84">
        <w:t>natureza,</w:t>
      </w:r>
      <w:r w:rsidR="00C77F05">
        <w:t xml:space="preserve"> </w:t>
      </w:r>
      <w:r w:rsidRPr="00D33D84">
        <w:t>sem</w:t>
      </w:r>
      <w:r w:rsidR="00C77F05">
        <w:t xml:space="preserve"> </w:t>
      </w:r>
      <w:r w:rsidRPr="00D33D84">
        <w:t>justificativa</w:t>
      </w:r>
      <w:r w:rsidR="00C77F05">
        <w:t xml:space="preserve"> </w:t>
      </w:r>
      <w:r w:rsidRPr="00D33D84">
        <w:t>técnica</w:t>
      </w:r>
      <w:r w:rsidR="00C77F05">
        <w:t xml:space="preserve"> </w:t>
      </w:r>
      <w:r w:rsidRPr="00D33D84">
        <w:t>para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separação;</w:t>
      </w:r>
    </w:p>
    <w:p w14:paraId="01BFDCE2" w14:textId="014D3CF0" w:rsidR="00164B4B" w:rsidRPr="00D33D84" w:rsidRDefault="007E53F0">
      <w:pPr>
        <w:pStyle w:val="Commarcadores"/>
        <w:spacing w:after="60"/>
        <w:ind w:left="709"/>
      </w:pPr>
      <w:proofErr w:type="gramStart"/>
      <w:r w:rsidRPr="00D33D84">
        <w:t>exigências</w:t>
      </w:r>
      <w:proofErr w:type="gramEnd"/>
      <w:r w:rsidR="00C77F05">
        <w:t xml:space="preserve"> </w:t>
      </w:r>
      <w:r w:rsidRPr="00D33D84">
        <w:t>econômico-financeiras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garantia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proposta</w:t>
      </w:r>
      <w:r w:rsidR="00C77F05">
        <w:t xml:space="preserve"> </w:t>
      </w:r>
      <w:r w:rsidRPr="00D33D84">
        <w:t>desproporcionais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formuladas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modo</w:t>
      </w:r>
      <w:r w:rsidR="00C77F05">
        <w:t xml:space="preserve"> </w:t>
      </w:r>
      <w:r w:rsidRPr="00D33D84">
        <w:t>restritivo;</w:t>
      </w:r>
    </w:p>
    <w:p w14:paraId="3889770F" w14:textId="3BB0C664" w:rsidR="00164B4B" w:rsidRPr="00D33D84" w:rsidRDefault="007E53F0">
      <w:pPr>
        <w:pStyle w:val="Commarcadores"/>
        <w:spacing w:after="60"/>
        <w:ind w:left="709"/>
      </w:pPr>
      <w:proofErr w:type="gramStart"/>
      <w:r w:rsidRPr="00D33D84">
        <w:t>exigência</w:t>
      </w:r>
      <w:proofErr w:type="gramEnd"/>
      <w:r w:rsidR="00C77F05">
        <w:t xml:space="preserve"> </w:t>
      </w:r>
      <w:r w:rsidRPr="00D33D84">
        <w:t>indevida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profissional</w:t>
      </w:r>
      <w:r w:rsidR="00C77F05">
        <w:t xml:space="preserve"> </w:t>
      </w:r>
      <w:r w:rsidRPr="00D33D84">
        <w:t>em</w:t>
      </w:r>
      <w:r w:rsidR="00C77F05">
        <w:t xml:space="preserve"> </w:t>
      </w:r>
      <w:r w:rsidRPr="00D33D84">
        <w:t>quadro</w:t>
      </w:r>
      <w:r w:rsidR="00C77F05">
        <w:t xml:space="preserve"> </w:t>
      </w:r>
      <w:r w:rsidRPr="00D33D84">
        <w:t>permanente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tempo</w:t>
      </w:r>
      <w:r w:rsidR="00C77F05">
        <w:t xml:space="preserve"> </w:t>
      </w:r>
      <w:r w:rsidRPr="00D33D84">
        <w:t>mínimo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vínculo</w:t>
      </w:r>
      <w:r w:rsidR="00C77F05">
        <w:t xml:space="preserve"> </w:t>
      </w:r>
      <w:r w:rsidRPr="00D33D84">
        <w:t>sem</w:t>
      </w:r>
      <w:r w:rsidR="00C77F05">
        <w:t xml:space="preserve"> </w:t>
      </w:r>
      <w:r w:rsidRPr="00D33D84">
        <w:t>pertinência</w:t>
      </w:r>
      <w:r w:rsidR="00C77F05">
        <w:t xml:space="preserve"> </w:t>
      </w:r>
      <w:r w:rsidRPr="00D33D84">
        <w:t>demonstrada;</w:t>
      </w:r>
    </w:p>
    <w:p w14:paraId="0CA953B2" w14:textId="7834F480" w:rsidR="00164B4B" w:rsidRPr="00D33D84" w:rsidRDefault="007E53F0">
      <w:pPr>
        <w:pStyle w:val="Commarcadores"/>
        <w:spacing w:after="60"/>
        <w:ind w:left="709"/>
      </w:pPr>
      <w:proofErr w:type="gramStart"/>
      <w:r w:rsidRPr="00D33D84">
        <w:t>visita</w:t>
      </w:r>
      <w:proofErr w:type="gramEnd"/>
      <w:r w:rsidR="00C77F05">
        <w:t xml:space="preserve"> </w:t>
      </w:r>
      <w:r w:rsidRPr="00D33D84">
        <w:t>técnica</w:t>
      </w:r>
      <w:r w:rsidR="00C77F05">
        <w:t xml:space="preserve"> </w:t>
      </w:r>
      <w:r w:rsidRPr="00D33D84">
        <w:t>obrigatória,</w:t>
      </w:r>
      <w:r w:rsidR="00C77F05">
        <w:t xml:space="preserve"> </w:t>
      </w:r>
      <w:r w:rsidRPr="00D33D84">
        <w:t>impertinente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restrita,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potencial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revelar</w:t>
      </w:r>
      <w:r w:rsidR="00C77F05">
        <w:t xml:space="preserve"> </w:t>
      </w:r>
      <w:r w:rsidRPr="00D33D84">
        <w:t>interessados;</w:t>
      </w:r>
    </w:p>
    <w:p w14:paraId="56FC8497" w14:textId="51F9A3FE" w:rsidR="00164B4B" w:rsidRPr="00D33D84" w:rsidRDefault="007E53F0">
      <w:pPr>
        <w:pStyle w:val="Commarcadores"/>
        <w:spacing w:after="60"/>
        <w:ind w:left="709"/>
      </w:pPr>
      <w:proofErr w:type="gramStart"/>
      <w:r w:rsidRPr="00D33D84">
        <w:t>publicidade</w:t>
      </w:r>
      <w:proofErr w:type="gramEnd"/>
      <w:r w:rsidR="00C77F05">
        <w:t xml:space="preserve"> </w:t>
      </w:r>
      <w:r w:rsidRPr="00D33D84">
        <w:t>deficiente,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ausência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incompletude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documentos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PNCP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acesso</w:t>
      </w:r>
      <w:r w:rsidR="00C77F05">
        <w:t xml:space="preserve"> </w:t>
      </w:r>
      <w:r w:rsidRPr="00D33D84">
        <w:t>condicionado</w:t>
      </w:r>
      <w:r w:rsidR="00C77F05">
        <w:t xml:space="preserve"> </w:t>
      </w:r>
      <w:r w:rsidRPr="00D33D84">
        <w:t>aos</w:t>
      </w:r>
      <w:r w:rsidR="00C77F05">
        <w:t xml:space="preserve"> </w:t>
      </w:r>
      <w:r w:rsidRPr="00D33D84">
        <w:t>anexos;</w:t>
      </w:r>
    </w:p>
    <w:p w14:paraId="30778626" w14:textId="63F9018C" w:rsidR="00164B4B" w:rsidRPr="00D33D84" w:rsidRDefault="007E53F0">
      <w:pPr>
        <w:pStyle w:val="Commarcadores"/>
        <w:spacing w:after="60"/>
        <w:ind w:left="709"/>
      </w:pPr>
      <w:proofErr w:type="gramStart"/>
      <w:r w:rsidRPr="00D33D84">
        <w:t>julgamento</w:t>
      </w:r>
      <w:proofErr w:type="gramEnd"/>
      <w:r w:rsidR="00C77F05">
        <w:t xml:space="preserve"> </w:t>
      </w:r>
      <w:r w:rsidRPr="00D33D84">
        <w:t>assimétrico,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inabilitação</w:t>
      </w:r>
      <w:r w:rsidR="00C77F05">
        <w:t xml:space="preserve"> </w:t>
      </w:r>
      <w:r w:rsidRPr="00D33D84">
        <w:t>indevida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licitante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admissão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vencedora</w:t>
      </w:r>
      <w:r w:rsidR="00C77F05">
        <w:t xml:space="preserve"> </w:t>
      </w:r>
      <w:r w:rsidRPr="00D33D84">
        <w:t>apesar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impedimento</w:t>
      </w:r>
      <w:r w:rsidR="00C77F05">
        <w:t xml:space="preserve"> </w:t>
      </w:r>
      <w:r w:rsidRPr="00D33D84">
        <w:t>relevante;</w:t>
      </w:r>
    </w:p>
    <w:p w14:paraId="74622BDB" w14:textId="76D1BB3B" w:rsidR="00164B4B" w:rsidRPr="00D33D84" w:rsidRDefault="007E53F0">
      <w:pPr>
        <w:pStyle w:val="Commarcadores"/>
        <w:spacing w:after="60"/>
        <w:ind w:left="709"/>
      </w:pPr>
      <w:proofErr w:type="gramStart"/>
      <w:r w:rsidRPr="00D33D84">
        <w:t>empresa</w:t>
      </w:r>
      <w:proofErr w:type="gramEnd"/>
      <w:r w:rsidR="00C77F05">
        <w:t xml:space="preserve"> </w:t>
      </w:r>
      <w:r w:rsidRPr="00D33D84">
        <w:t>vencedora</w:t>
      </w:r>
      <w:r w:rsidR="00C77F05">
        <w:t xml:space="preserve"> </w:t>
      </w:r>
      <w:r w:rsidRPr="00D33D84">
        <w:t>vinculada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agente</w:t>
      </w:r>
      <w:r w:rsidR="00C77F05">
        <w:t xml:space="preserve"> </w:t>
      </w:r>
      <w:r w:rsidRPr="00D33D84">
        <w:t>público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atuação</w:t>
      </w:r>
      <w:r w:rsidR="00C77F05">
        <w:t xml:space="preserve"> </w:t>
      </w:r>
      <w:r w:rsidRPr="00D33D84">
        <w:t>ou</w:t>
      </w:r>
      <w:r w:rsidR="00C77F05">
        <w:t xml:space="preserve"> </w:t>
      </w:r>
      <w:r w:rsidRPr="00D33D84">
        <w:t>influência</w:t>
      </w:r>
      <w:r w:rsidR="00C77F05">
        <w:t xml:space="preserve"> </w:t>
      </w:r>
      <w:r w:rsidRPr="00D33D84">
        <w:t>no</w:t>
      </w:r>
      <w:r w:rsidR="00C77F05">
        <w:t xml:space="preserve"> </w:t>
      </w:r>
      <w:r w:rsidRPr="00D33D84">
        <w:t>procedimento;</w:t>
      </w:r>
    </w:p>
    <w:p w14:paraId="75395868" w14:textId="416F70F0" w:rsidR="00164B4B" w:rsidRPr="00D33D84" w:rsidRDefault="007E53F0">
      <w:pPr>
        <w:pStyle w:val="Commarcadores"/>
        <w:spacing w:after="60"/>
        <w:ind w:left="709"/>
      </w:pPr>
      <w:proofErr w:type="gramStart"/>
      <w:r w:rsidRPr="00D33D84">
        <w:t>propostas</w:t>
      </w:r>
      <w:proofErr w:type="gramEnd"/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preços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declarações</w:t>
      </w:r>
      <w:r w:rsidR="00C77F05">
        <w:t xml:space="preserve"> </w:t>
      </w:r>
      <w:r w:rsidRPr="00D33D84">
        <w:t>com</w:t>
      </w:r>
      <w:r w:rsidR="00C77F05">
        <w:t xml:space="preserve"> </w:t>
      </w:r>
      <w:r w:rsidRPr="00D33D84">
        <w:t>formatação,</w:t>
      </w:r>
      <w:r w:rsidR="00C77F05">
        <w:t xml:space="preserve"> </w:t>
      </w:r>
      <w:r w:rsidRPr="00D33D84">
        <w:t>redação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erros</w:t>
      </w:r>
      <w:r w:rsidR="00C77F05">
        <w:t xml:space="preserve"> </w:t>
      </w:r>
      <w:r w:rsidRPr="00D33D84">
        <w:t>idênticos,</w:t>
      </w:r>
      <w:r w:rsidR="00C77F05">
        <w:t xml:space="preserve"> </w:t>
      </w:r>
      <w:r w:rsidRPr="00D33D84">
        <w:t>indicando</w:t>
      </w:r>
      <w:r w:rsidR="00C77F05">
        <w:t xml:space="preserve"> </w:t>
      </w:r>
      <w:r w:rsidRPr="00D33D84">
        <w:t>possível</w:t>
      </w:r>
      <w:r w:rsidR="00C77F05">
        <w:t xml:space="preserve"> </w:t>
      </w:r>
      <w:r w:rsidRPr="00D33D84">
        <w:t>elaboração</w:t>
      </w:r>
      <w:r w:rsidR="00C77F05">
        <w:t xml:space="preserve"> </w:t>
      </w:r>
      <w:r w:rsidRPr="00D33D84">
        <w:t>conjunta.</w:t>
      </w:r>
    </w:p>
    <w:p w14:paraId="340184B2" w14:textId="05AC26FB" w:rsidR="00164B4B" w:rsidRPr="00D33D84" w:rsidRDefault="007E53F0">
      <w:pPr>
        <w:spacing w:after="120"/>
        <w:ind w:firstLine="709"/>
        <w:jc w:val="both"/>
      </w:pPr>
      <w:r w:rsidRPr="00D33D84">
        <w:t>Em</w:t>
      </w:r>
      <w:r w:rsidR="00C77F05">
        <w:t xml:space="preserve"> </w:t>
      </w:r>
      <w:r w:rsidRPr="00D33D84">
        <w:t>face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exposto,</w:t>
      </w:r>
      <w:r w:rsidR="00C77F05">
        <w:t xml:space="preserve"> </w:t>
      </w:r>
      <w:r w:rsidRPr="00D33D84">
        <w:t>conclui-se</w:t>
      </w:r>
      <w:r w:rsidR="00C77F05">
        <w:t xml:space="preserve"> </w:t>
      </w:r>
      <w:r w:rsidRPr="00D33D84">
        <w:t>pela</w:t>
      </w:r>
      <w:r w:rsidR="00C77F05">
        <w:t xml:space="preserve"> </w:t>
      </w:r>
      <w:r w:rsidRPr="00D33D84">
        <w:t>existência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conjunto</w:t>
      </w:r>
      <w:r w:rsidR="00C77F05">
        <w:t xml:space="preserve"> </w:t>
      </w:r>
      <w:r w:rsidRPr="00D33D84">
        <w:t>robusto,</w:t>
      </w:r>
      <w:r w:rsidR="00C77F05">
        <w:t xml:space="preserve"> </w:t>
      </w:r>
      <w:r w:rsidRPr="00D33D84">
        <w:t>consistente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convergente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indícios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restrição</w:t>
      </w:r>
      <w:r w:rsidR="00C77F05">
        <w:t xml:space="preserve"> </w:t>
      </w:r>
      <w:r w:rsidRPr="00D33D84">
        <w:t>indevida</w:t>
      </w:r>
      <w:r w:rsidR="00C77F05">
        <w:t xml:space="preserve"> </w:t>
      </w:r>
      <w:r w:rsidRPr="00D33D84">
        <w:t>à</w:t>
      </w:r>
      <w:r w:rsidR="00C77F05">
        <w:t xml:space="preserve"> </w:t>
      </w:r>
      <w:r w:rsidRPr="00D33D84">
        <w:t>competição,</w:t>
      </w:r>
      <w:r w:rsidR="00C77F05">
        <w:t xml:space="preserve"> </w:t>
      </w:r>
      <w:r w:rsidRPr="00D33D84">
        <w:t>direcionamento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certame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simulação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disputa</w:t>
      </w:r>
      <w:r w:rsidR="00C77F05">
        <w:t xml:space="preserve"> </w:t>
      </w:r>
      <w:r w:rsidRPr="00D33D84">
        <w:t>entre</w:t>
      </w:r>
      <w:r w:rsidR="00C77F05">
        <w:t xml:space="preserve"> </w:t>
      </w:r>
      <w:r w:rsidRPr="00D33D84">
        <w:t>licitantes.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tipificação</w:t>
      </w:r>
      <w:r w:rsidR="00C77F05">
        <w:t xml:space="preserve"> </w:t>
      </w:r>
      <w:r w:rsidRPr="00D33D84">
        <w:t>jurídica</w:t>
      </w:r>
      <w:r w:rsidR="00C77F05">
        <w:t xml:space="preserve"> </w:t>
      </w:r>
      <w:r w:rsidRPr="00D33D84">
        <w:t>definitiva</w:t>
      </w:r>
      <w:r w:rsidR="00C77F05">
        <w:t xml:space="preserve"> </w:t>
      </w:r>
      <w:r w:rsidRPr="00D33D84">
        <w:t>dependerá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instância</w:t>
      </w:r>
      <w:r w:rsidR="00C77F05">
        <w:t xml:space="preserve"> </w:t>
      </w:r>
      <w:r w:rsidRPr="00D33D84">
        <w:t>competente</w:t>
      </w:r>
      <w:r w:rsidR="00C77F05">
        <w:t xml:space="preserve"> </w:t>
      </w:r>
      <w:r w:rsidRPr="00D33D84">
        <w:t>e</w:t>
      </w:r>
      <w:r w:rsidR="00C77F05">
        <w:t xml:space="preserve"> </w:t>
      </w:r>
      <w:r w:rsidRPr="00D33D84">
        <w:t>da</w:t>
      </w:r>
      <w:r w:rsidR="00C77F05">
        <w:t xml:space="preserve"> </w:t>
      </w:r>
      <w:r w:rsidRPr="00D33D84">
        <w:t>observância</w:t>
      </w:r>
      <w:r w:rsidR="00C77F05">
        <w:t xml:space="preserve"> </w:t>
      </w:r>
      <w:r w:rsidRPr="00D33D84">
        <w:t>do</w:t>
      </w:r>
      <w:r w:rsidR="00C77F05">
        <w:t xml:space="preserve"> </w:t>
      </w:r>
      <w:r w:rsidRPr="00D33D84">
        <w:t>contraditório,</w:t>
      </w:r>
      <w:r w:rsidR="00C77F05">
        <w:t xml:space="preserve"> </w:t>
      </w:r>
      <w:r w:rsidRPr="00D33D84">
        <w:t>mas</w:t>
      </w:r>
      <w:r w:rsidR="00C77F05">
        <w:t xml:space="preserve"> </w:t>
      </w:r>
      <w:r w:rsidRPr="00D33D84">
        <w:t>os</w:t>
      </w:r>
      <w:r w:rsidR="00C77F05">
        <w:t xml:space="preserve"> </w:t>
      </w:r>
      <w:r w:rsidRPr="00D33D84">
        <w:t>fatos</w:t>
      </w:r>
      <w:r w:rsidR="00C77F05">
        <w:t xml:space="preserve"> </w:t>
      </w:r>
      <w:r w:rsidRPr="00D33D84">
        <w:t>narrados</w:t>
      </w:r>
      <w:r w:rsidR="00C77F05">
        <w:t xml:space="preserve"> </w:t>
      </w:r>
      <w:r w:rsidRPr="00D33D84">
        <w:t>recomendam</w:t>
      </w:r>
      <w:r w:rsidR="00C77F05">
        <w:t xml:space="preserve"> </w:t>
      </w:r>
      <w:r w:rsidRPr="00D33D84">
        <w:t>a</w:t>
      </w:r>
      <w:r w:rsidR="00C77F05">
        <w:t xml:space="preserve"> </w:t>
      </w:r>
      <w:r w:rsidRPr="00D33D84">
        <w:t>adoção</w:t>
      </w:r>
      <w:r w:rsidR="00C77F05">
        <w:t xml:space="preserve"> </w:t>
      </w:r>
      <w:r w:rsidRPr="00D33D84">
        <w:t>de</w:t>
      </w:r>
      <w:r w:rsidR="00C77F05">
        <w:t xml:space="preserve"> </w:t>
      </w:r>
      <w:r w:rsidRPr="00D33D84">
        <w:t>providências</w:t>
      </w:r>
      <w:r w:rsidR="00C77F05">
        <w:t xml:space="preserve"> </w:t>
      </w:r>
      <w:r w:rsidRPr="00D33D84">
        <w:t>corretivas</w:t>
      </w:r>
      <w:r w:rsidR="00C77F05">
        <w:t xml:space="preserve"> </w:t>
      </w:r>
      <w:r w:rsidRPr="00D33D84">
        <w:t>e</w:t>
      </w:r>
      <w:r w:rsidR="00C77F05">
        <w:t xml:space="preserve"> </w:t>
      </w:r>
      <w:proofErr w:type="spellStart"/>
      <w:r w:rsidRPr="00D33D84">
        <w:t>apuratórias</w:t>
      </w:r>
      <w:proofErr w:type="spellEnd"/>
      <w:r w:rsidRPr="00D33D84">
        <w:t>.</w:t>
      </w:r>
    </w:p>
    <w:p w14:paraId="5BF58231" w14:textId="58F0EF88" w:rsidR="00164B4B" w:rsidRPr="00FC2CA6" w:rsidRDefault="00164B4B" w:rsidP="00FC2CA6">
      <w:pPr>
        <w:rPr>
          <w:b/>
          <w:sz w:val="26"/>
        </w:rPr>
      </w:pPr>
    </w:p>
    <w:sectPr w:rsidR="00164B4B" w:rsidRPr="00FC2CA6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4DF4"/>
    <w:rsid w:val="00146D27"/>
    <w:rsid w:val="0015074B"/>
    <w:rsid w:val="00163AAA"/>
    <w:rsid w:val="00164B4B"/>
    <w:rsid w:val="0029639D"/>
    <w:rsid w:val="00326F90"/>
    <w:rsid w:val="00462837"/>
    <w:rsid w:val="005028A7"/>
    <w:rsid w:val="007E53F0"/>
    <w:rsid w:val="008F670F"/>
    <w:rsid w:val="00A456D5"/>
    <w:rsid w:val="00AA1D8D"/>
    <w:rsid w:val="00B47730"/>
    <w:rsid w:val="00C77F05"/>
    <w:rsid w:val="00CB0664"/>
    <w:rsid w:val="00D33D84"/>
    <w:rsid w:val="00FC2C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058AB3-81EF-4EA1-8553-9AA782D4E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3506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22398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Leonardo Araujo</cp:lastModifiedBy>
  <cp:revision>10</cp:revision>
  <dcterms:created xsi:type="dcterms:W3CDTF">2013-12-23T23:15:00Z</dcterms:created>
  <dcterms:modified xsi:type="dcterms:W3CDTF">2026-06-30T11:36:00Z</dcterms:modified>
  <cp:category/>
</cp:coreProperties>
</file>